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20CoE/17/2012 z 27. 6. 2012</w:t>
      </w:r>
    </w:p>
    <w:p>
      <w:r>
        <w:t>Uznesenie Krajského súdu Bratislava z 27. júna 2012, sp. zn. 20CoE/17/2012, ECLI:SK:KSBA:2012:1411215683.1</w:t>
      </w:r>
    </w:p>
    <w:p>
      <w:r>
        <w:t>Súd: Krajský súd Bratislava</w:t>
      </w:r>
    </w:p>
    <w:p>
      <w:r>
        <w:t>Spisová značka: 20CoE/17/2012</w:t>
      </w:r>
    </w:p>
    <w:p>
      <w:r>
        <w:t>ECLI: ECLI:SK:KSBA:2012:1411215683.1</w:t>
      </w:r>
    </w:p>
    <w:p>
      <w:r>
        <w:t>Dátum vydania: 27. 6.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20CoE/17/2012 Identifikačné číslo súdneho spisu: 1411215683 Dátum vydania rozhodnutia: 28. 06. 2012 Meno a priezvisko sudcu, VSÚ: JUDr. Elena Kúšová ECLI: ECLI:SK:KSBA:2012:1411215683.1 Uznesenie Krajský súd v Bratislave vo veci výkonu rozhodnutia o úprave styku otca s maloletým dieťaťom: J. V., bytom u matky, dieťa rodičov: matka - D. A., Q. N.. X, XXX XX A. a otec - J.. P. V., XX S. B.. G., B. Y. C., A., B. XPQ, M. A., o odvolaní matky maloletého dieťaťa proti uzneseniu Okresného súdu Bratislava IV č.k. 56Em/7/2011-20 zo dňa 17.05.2012, takto r o z h o d o l : Krajský súd v Bratislave uznesenie Okresného súdu Bratislava IV č.k. 56Em/7/2011 - 20 zo dňa 17.05.2012 p o t v r d z u j e . o d ô v o d n e n i e : Napadnutým uznesením súd prvého stupňa ustanovil za opatrovníka pre maloleté dieťa Úrad práce sociálnych vecí a rodiny Bratislava, Vazovova 7/A, Bratislava, na jeho zastupovanie v konaní o výkon rozhodnutia o úprave styku otca s maloletým dieťaťom v zmysle § 31 ods. 2 zák. č. 36/2005 Z.z. o rodine a o zmene a doplnení niektorých zákonov (ďalej len ZoR). Proti tomuto uzneseniu podala v zákonom stanovenej lehote matka maloletého dieťaťa, v ktorom uviedla, že nesúhlasí s ustanovením opatrovníka pre svoje dieťa, nakoľko jeho otcovi nebránila uskutočňovať s ním styk, jeho oznámenie o marení úradného rozhodnutia z 4.12.2011 ako aj návrh na výkon rozhodnutia sa nezakladajú na pravde a ich cieľom je vyvolávať nezhody medzi rodičmi. Podľa jej tvrdení otcovi v styku s maloletým dieťaťom nebránila a nemala v úmysle mariť súdne rozhodnutie. Maloletá dcéra sa sama rozhodla, že sa s otcom nestretne vzhľadom na jeho nevhodné správanie. Matka uviedla, že otec maloletej dcéry sa jej nezastal a neochránil je pred vulgarizmami susedov, s ktorými majú problémy. Ten sa s nimi spriatelil a matke maloletej dcéry sa začal vyhrážať a vypisovať vulgárne správy. Maloletá dcéra sa potom zo strachu odmietla s otcom stretnúť v deň, keď si po ňu prišiel. Podľa jej názoru otec maloletej dcéry sám marí výkon súdneho rozhodnutia, pretože ju nenavštevuje pravidelne. Na záver odvolania uviedla, že dcéru vychováva v súlade so zásadami čestnosti a občianskej morálky, v čom jej pomáha aj jej matka bývajúca v tom istom dome. Preto nesúhlasila, aby jej dcére bol ustanovený na zastupovanie v konaní o výkon rozhodnutia kolízny opatrovník. Krajský súd v Bratislave, ako súd odvolací (§ 10 ods. 1 O.s.p.), preskúmal uznesenie súdu prvého stupňa v napadnutej časti podľa § 212 ods. 1 O.s.p., prejednal odvolanie odvolateľa podľa § 214 ods. 2 O.s.p. bez nariadenia pojednávania a dospel k záveru, že odvolaniu nie je možné vyhovieť. Podľa § 31 ods. 2 ZoR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opatrovník“). Podľa názoru odvolacieho súdu prvostupňový súd postupoval správne, keď v danom prípade ustanovil maloletému dieťaťu kolízneho opatrovníka. Právo a povinnosť zastupovať maloleté dieťa nie je neobmedzené. Pri právnych úkonoch, pri ktorých by mohlo dôjsť k rozporu záujmov medzi rodičmi a maloletým dieťaťom, nemôže zastupovať svoje maloleté dieťa žiadny z rodičov a súd obligatórne ustanoví kolízneho opatrovníka, ktorý ho v konaní bude zastupovať. Z obsahu spisu vyplýva, že vzťah rodičov zakladá potencialitu rozporu záujmov objektívneho charakteru medzi nimi a ich maloletou dcérou. Nevyžaduje sa už existujúca kolízia záujmov, stačí možnosť jej existencie. Tá je v zmysle judikatúry daná vždy, ak ide o konanie, v ktorom sú účastníkmi aj rodič, aj maloleté dieťa. Právo v tomto prípade poskytuje zvýšenú mieru ochrany maloletému dieťaťu ako zastúpenému. Tvrdenia matky maloletého dieťaťa spočívajúce v tom, že nemala v úmysle mariť súdne rozhodnutie a brániť styku otca a maloletej dcéry, sú v tomto prípade bezpredmetné, nakoľko na to, aby boli splnené podmienky v zmysle § 31 ods. 2 ZoR stačí existencia možnosti rozporu záujmov medzi rodičmi a maloletým dieťaťom. Súd v takom prípade musí zabezpečiť, aby boli dostatočne chránené záujmy maloletého dieťaťa. Z obsahu právnych podaní otca ako aj matky maloletej dcéry založených v súdnom spise možno predpokladať existenciu rozporu záujmov, čo vyplýva už zo samotnej skutočnosti, že rodičia sú rozvedení a nevedia sa na úprave styku k maloletej dcére dohodnúť. Vzhľadom na uvedené skutočnosti odvolací súd uznesenie súdu prvého stupňa v súlade s § 219 ods. 1 a ods. 2 O.s.p. potvrdil ako vecne správne.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https://www.kauzis.sk/judikatura/r/ECLI:SK:KSBA:2012:1411215683.1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