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17CoE/104/2012 z 27. 12. 2012</w:t>
      </w:r>
    </w:p>
    <w:p>
      <w:r>
        <w:t>Uznesenie Krajského súdu Bratislava z 27. decembra 2012, sp. zn. 17CoE/104/2012, ECLI:SK:KSBA:2012:1411216240.1</w:t>
      </w:r>
    </w:p>
    <w:p>
      <w:r>
        <w:t>Súd: Krajský súd Bratislava</w:t>
      </w:r>
    </w:p>
    <w:p>
      <w:r>
        <w:t>Spisová značka: 17CoE/104/2012</w:t>
      </w:r>
    </w:p>
    <w:p>
      <w:r>
        <w:t>ECLI: ECLI:SK:KSBA:2012:1411216240.1</w:t>
      </w:r>
    </w:p>
    <w:p>
      <w:r>
        <w:t>Dátum vydania: 27. 12. 2012</w:t>
      </w:r>
    </w:p>
    <w:p>
      <w:r>
        <w:t>Forma: Uznesenie</w:t>
      </w:r>
    </w:p>
    <w:p>
      <w:r>
        <w:t>Oblasť práva: Rodinné právo</w:t>
      </w:r>
    </w:p>
    <w:p>
      <w:pPr>
        <w:pStyle w:val="Heading2"/>
      </w:pPr>
      <w:r>
        <w:t>Text rozhodnutia</w:t>
      </w:r>
    </w:p>
    <w:p>
      <w:r>
        <w:t>Súd: Krajský súd Bratislava Spisová značka: 17CoE/104/2012 Identifikačné číslo súdneho spisu: 1411216240 Dátum vydania rozhodnutia: 28. 12. 2012 Meno a priezvisko sudcu, VSÚ: JUDr. Elena Ondrišová ECLI: ECLI:SK:KSBA:2012:1411216240.1 Uznesenie Krajský súd v Bratislave vo veci exekúcie oprávnenej: M. F., M.. XX. M. XXXX, W. XX, Q., práv. zást. JUDr. Lenka Imrišík, advokát, s. r. o., Na piesku 8, Bratislava, proti povinnému: D.. N. F., M.. X. J. XXXX, P. X, Q., o výživné, o odvolaní povinného proti uzneseniu Okresného súdu Bratislava IV v Bratislave č. k. 16Er/5189/2011 - 31, EX 2290/2011 zo dňa 25.7.2012, jednohlasne takto r o z h o d o l : Krajský súd v Bratislave odvolanie povinného o d m i e t a . Oprávnenému ani súdnemu exekútorovi Mgr. Jánovi Makitovi, Bosákova 7, Bratislava, náhradu trov odvolacieho konania nepriznáva. o d ô v o d n e n i e : Súd prvého stupňa zamietol námietky povinného proti exekúcii, odmietol námietky povinného proti trovám exekúcie, v časti súdneho poplatku 16,50 EUR exekúciu čiastočne zastavil a exekúciu čiastočne zastavil v časti zročného výživného za obdobie 01.09.2010 až 30.08.2011 v sume 226,16 EUR, nedoplatku za mesiac september 2011 v sume 62,18 EUR, nedoplatku za obdobie október 2011 až január 2012 v sume 728,72 EUR, trov právneho zastúpenia v exekúcii v sume 86,19 EUR, trov exekúcie oprávneného 11,20 EUR, trov súdneho exekútora v sume 347,34 EUR, bežného výživného za obdobie február až jún 2012 v sume 910,90 EUR a bežného výživného za mesiac júl 2012 v sume 24,37 EUR. Proti časti tohto uznesenia týkajúcej sa zamietnutia námietok a odmietnutia námietok podal včas odvolanie povinný, navrhujúc ho v tejto časti zmeniť a jeho námietkam v celom rozsahu vyhovieť. Namietal, že sa súd prvého stupňa nezaoberal tým, že súdny exekútor pri výpočte trov exekúcie neprihliadol na skutočnosť, že oprávnená pravdepodobne 30.06.2013 ukončí vysokoškolské štúdium, resp. dňa 30.11.2013 dovŕši vek 25 rokov, bežné výživné od 01.09.2010 má byť správne 120,- EUR, ku dňu 14.09.2010 zostalo nezaplatené iba zročné výživné v sume 746,16 EUR. Poukázal ďalej na postup súdneho exekútora, ktorý napriek tomu, že má bežné aj zročné výživné v celom rozsahu zaplatené, naďalej neoprávnene blokuje čiastku 3.820,85 EUR. Odvolací súd prejednal vec podľa § 214 ods. 2 O.s.p. a dospel k záveru, že odvolanie je potrebné odmietnuť. Podľa § 218 ods. 1, písm. c) O.s.p. odvolací súd odmietne odvolanie, ktoré smeruje proti rozhodnutiu, proti ktorému nie je odvolanie prípustné. Podľa § 202 ods. 2 O.s.p. odvolanie nie je prípustné ani proti uzneseniu v exekučnom konaní podľa osobitného zákona, ak tento osobitný zákon neustanovuje inak. Podľa § 50 ods. 4 zák. č. 233/1995 Z. z. proti rozhodnutiu, ktorým sa vyhovelo námietkam, je prípustné odvolanie. Podľa § 201 ods. 2 zák. č. 233/1995 z. z. proti rozhodnutiu súdu o námietkach proti trovám exekúcie nie je prípustné odvolanie. Vychádzajúc z citovaných ustanovení, proti uzneseniu súdu prvého stupňa nebol povinný oprávnený podať odvolanie, a preto ho odvolací súd podľa § 218 ods. 1, písm. c) O.s.p. odmietol. O náhrade trov odvolacieho konania rozhodol odvolací súd podľa § 224 ods. 1 a § 146 ods. 2 O.s.p. tak, že oprávnenému ani súdnemu exekútorovi náhradu trov odvolacieho konania nepriznal, nakoľko im v tomto konaní trovy nevznikli. Poučenie: Proti tomuto uzneseniu odvolanie nie je prípustné.</w:t>
      </w:r>
    </w:p>
    <w:p/>
    <w:p>
      <w:r>
        <w:t>Zdroj: KAUZIS.SK – https://www.kauzis.sk/judikatura/r/ECLI:SK:KSBA:2012:1411216240.1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