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22CoE/302/2012 z 9. 10. 2012</w:t>
      </w:r>
    </w:p>
    <w:p>
      <w:r>
        <w:t>Uznesenie Krajského súdu Bratislava z 9. októbra 2012, sp. zn. 22CoE/302/2012, ECLI:SK:KSBA:2012:1506898938.1</w:t>
      </w:r>
    </w:p>
    <w:p>
      <w:r>
        <w:t>Súd: Krajský súd Bratislava</w:t>
      </w:r>
    </w:p>
    <w:p>
      <w:r>
        <w:t>Spisová značka: 22CoE/302/2012</w:t>
      </w:r>
    </w:p>
    <w:p>
      <w:r>
        <w:t>ECLI: ECLI:SK:KSBA:2012:1506898938.1</w:t>
      </w:r>
    </w:p>
    <w:p>
      <w:r>
        <w:t>Dátum vydania: 9. 10.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22CoE/302/2012 Identifikačné číslo súdneho spisu: 1506898938 Dátum vydania rozhodnutia: 10. 10. 2012 Meno a priezvisko sudcu, VSÚ: JUDr. Jarmila Glončáková ECLI: ECLI:SK:KSBA:2012:1506898938.1 Uznesenie Krajský súd v Bratislave v exekučnej veci oprávneného: Allianz - Slovenská poisťovňa, a.s., so sídlom Dostojevského rad 4, 815 74 Bratislava, IČO: 00151700, proti povinnému: HG TRADE s.r.o. v likvidácii, so sídlom Beňadická 36, 851 07 Bratislava, vedenej súdnym exekútorom JUDr. Jánom Jonatom, so sídlom exekútorského úradu Šafárikovo nám. 4, 811 02 Bratislava, pod č. Ex 39/2006, pre vymoženie uloženej povinnosti na sumu 1 449,84 eur s prísl., o odvolaní súdneho exekútora proti uzneseniu Okresného súdu Bratislava V zo dňa 25.05. 2012, č. k. 36Er/272/2006-11, takto r o z h o d o l : Krajský súd v Bratislave uznesenie Okresného súdu Bratislava V zo dňa 25.05. 2012, č. k. 36Er/272/2006-11 v časti výroku, ktorým bola oprávnenému uložená povinnosť zaplatiť súdnemu exekútorovi trovy exekúcie vo výške 35,55 eur, potvrdzuje. o d ô v o d n e n i e : Okresný súd Bratislava V uznesením zo dňa 25.05.2012, č. k. 36Er/272/2006-11 exekúciu vedenú pod sp. zn. 36Er/272/2006, č. Ex 39/2006 zastavil podľa § 57 ods. 1 písm. h/ Exekučného poriadku a uložil oprávnenému povinnosť do 3 dní zaplatiť poverenému súdnemu exekútorovi, JUDr. Jánovi Jonatovi, so sídlom exekútorského úradu Šafárikovo nám. 4, 811 02 Bratislava trovy exekúcie v sume 35,55 eur. Trovy exekúcie priznal súdnemu exekútorovi podľa § 196, § 200 ods. 1,2 a § 203 ods. 2 Exekučného poriadku v spojení s vyhláškou Ministerstva spravodlivosti Slovenskej republiky č. 288/1995 Z. z. o odmenách a náhradách súdnych exekútorov (ďalej len vyhláška), v znení účinnom do 30. apríla 2008. Z trov uplatnených súdnym exekútorom dňa 5.5.2008 vo výške 51,37 eur (1 547 Sk), z toho odmena 43,15 eur + 19% DPH 8,19 eur, priznal trovy exekúcie nasledovne: 1. podľa § 14 ods. 1 písmeno a) v spojení s ods. 2 vyhlášky, za 3 začaté hodiny vynaložené na exekúciu 19,92 Eur, 2. podľa § 14 ods. 3 v spojení s § 15 ods. 1 vyhlášky za 3 úkony exekučnej činnosť 9,96 Eur, 3. 19 %DPH zo sumy 29,88 Eur -5,67 Eur, spolu 35,55 Eur. Proti výroku predmetného uznesenia, ktorým boli priznané súdnemu exekútorovi trovy exekúcie vo výške 35,55 eur s 19 % DPH, podal v zákonnej lehote odvolanie súdny exekútor z dôvodu, že daň z pridanej hodnoty sa od 1.1.2011 zvýšila zo sadzby 19% na sadzbu 20%. Na základe uvedeného žiadal, aby bolo uznesenie Okresného súdu Bratislava V zo dňa 25.5.2012 č. 36Er 272/2006-11 v časti náhrady trov exekúcie súdnemu exekútorovi JUDr. Jánovi Jonatovi zrušené a bolo rozhodnuté o trovách exekúcie v zmysle § 196 Exekučného poriadku s 20% DPH. Krajský súd v Bratislave, ako odvolací súd podľa § 10 ods. 1 zákona č. 99/1963 Zb. Občiansky súdny poriadok (v ďalšom iba „O.s.p.“), preskúmal napadnuté uznesenie podľa § 212 ods. 1 O.s.p., bez nariadenia pojednávania v zmysle § 214 ods. 2 O.s.p. a dospel k záveru, že odvolanie nie je dôvodné. Z obsahu spisu odvolací súd zistil, že trovy exekúcie si súdny exekútor uplatnil podaním zo dňa 15.5.2008 vo výške 1 300 Sk + 19 % DPH t.j. 247 Sk. Súd prvého stupňa priznal súdnemu exekútorovi trovy exekúcie vo výške 35,55 eur vrátane 19 % DPH 5,67 eur. Súd prvého stupňa postupoval správne, keď zvýšil odmenu exekútora o DPH vo výške 19 %, nakoľko v čase rozhodovania vychádzal z vyúčtovania predloženého exekútorom. Na doplnenie odvolací súd uvádza, že predmetom dane z pridanej hodnoty je podľa § 2 ods. 1 písm. b) zákona č. 222/2004 Z. z. o dani z pridanej hodnoty (ďalej iba „zákon o DPH“) poskytnutie služby za protihodnotu v tuzemsku uskutočnené zdaniteľnou osobou, ktorá koná v postavení zdaniteľnej osoby. Poskytnutie služby je v zmysle § 9 ods. 1 písm. d) zákona o DPH plnenie, ktoré nie je dodaním tovaru podľa § 8, vrátane služby dodanej na základe poverenia alebo rozhodnutia vydaného štátnym orgánom alebo na základe zákona. Podľa § 19 ods. 2 zákona o DPH daňová povinnosť vzniká dňom dodania služby. Činnosť exekútora bola vykonávaná v čase do 31.12.2010. Vyúčtovanie exekútora zo dňa 5.5.2008, bolo doručené Okresnému súdu Bratislava V dňa 15.5.2008, teda v dobe, kedy sadzba DPH predstavovala 19 % podľa § 27 ods. 1 zákona o DPH. Ustanovenie § 85j ods. 1 zákona o DPH vstúpilo do platnosti až dňa 01.01.2011. Nič na tom nemení ani skutočnosť, že exekútorovi boli trovy exekúcie priznané súdom prvého stupňa až dňa 25.5.2012. Podľa § 27 ods. 3 zákona o DPH pri zmene sadzby dane sa použije pri každom vzniku daňovej povinnosti sadzba dane platná v deň vzniku daňovej povinnosti. Naviac, v zmysle všeobecných zásad nemožno priznať súdnemu exekútorovi viac, ako si uplatnil svojim návrhom. Z uvedeného zrejmé, že súd prvého stupňa správne zvýšil odmenu súdneho exekútora o sadzbu DPH vo výške 19 % platnej v čase vzniku daňovej povinnosti, t. j. v čase poskytnutia služby. Na základe uvedeného odvolací súd napadnuté uznesenie okresného súdu v časti výroku, ktorým bola určená výška trov exekúcie v sume 35,55 eur, ako vecne správne podľa § 219 ods. 1 O.s.p. potvrdil. Rozhodnutie bolo prijaté členmi senátu v pomere 3:0. Poučenie: Proti tomuto uzneseniu odvolanie nie je prípustné.</w:t>
      </w:r>
    </w:p>
    <w:p/>
    <w:p>
      <w:r>
        <w:t>Zdroj: KAUZIS.SK – https://www.kauzis.sk/judikatura/r/ECLI:SK:KSBA:2012:1506898938.1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