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15CoE/90/2012 z 18. 12. 2012</w:t>
      </w:r>
    </w:p>
    <w:p>
      <w:r>
        <w:t>Uznesenie Krajského súdu Bratislava z 18. decembra 2012, sp. zn. 15CoE/90/2012, ECLI:SK:KSBA:2012:1507219359.1</w:t>
      </w:r>
    </w:p>
    <w:p>
      <w:r>
        <w:t>Súd: Krajský súd Bratislava</w:t>
      </w:r>
    </w:p>
    <w:p>
      <w:r>
        <w:t>Spisová značka: 15CoE/90/2012</w:t>
      </w:r>
    </w:p>
    <w:p>
      <w:r>
        <w:t>ECLI: ECLI:SK:KSBA:2012:1507219359.1</w:t>
      </w:r>
    </w:p>
    <w:p>
      <w:r>
        <w:t>Dátum vydania: 18.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15CoE/90/2012 Identifikačné číslo súdneho spisu: 1507219359 Dátum vydania rozhodnutia: 19. 12. 2012 Meno a priezvisko sudcu, VSÚ: JUDr. Danica Michalková ECLI: ECLI:SK:KSBA:2012:1507219359.1 Uznesenie Krajský súd v Bratislave v exekučnej veci oprávneného: Dopravný podnik Bratislava, akciová spoločnosť, so sídlom Olejkárska 1, 814 52 Bratislava, IČO: 00 492 736, zast. JUDr. Mariánom Chovancom, advokátom, Trnavská cesta 60, 821 02 Bratislava proti povinnému: K. N., nar. XX. XX. XXXX, bytom M. XXX, XXX XX N. E., vedenej súdnym exekútorom Mgr. Jánom Janecom, so sídlom úradu Račianska 109/ C, 831 02 Bratislava, o vymoženie 66,02 Eur s prísl., o odvolaní oprávneného proti uzneseniu Okresného súdu Bratislava V zo dňa 11. 06. 2012, č. k. 37Er/4369/2007-36 takto r o z h o d o l : Krajský súd odvolanie oprávneného proti uzneseniu Okresného súdu Bratislava V zo dňa 11. 06. 2012, č. k. 37Er/4369/2007-36 v časti zastavenia exekúcie o d m i e t a a vo výroku o náhrade trov exekúcie uznesenie súdu prvého stupňa p o t v r d z u j e . Povinnému sa náhrada trov odvolacieho konania nepriznáva. o d ô v o d n e n i e : Súd prvého stupňa napadnutým uznesením zastavil exekúciu na návrh súdneho exekútora s poukazom na § 57 ods. 2 a § 31 ods. 1 Exekučného poriadku, pretože povinný nezložil preddavok na odmenu exekútora a na náhradu jeho hotových trov. Súčasne uložil oprávnenému povinnosť zaplatiť súdnemu exekútorovi Mgr. Jánovi Janecovi trovy exekúcie vo výške 96,41 Eur, ktoré pozostávajú z hodinovej odmeny v zmysle ust. § 14 ods. 1 písm. a/, ods. 2 vyhlášky MS SR č. 288/1995 Z. z. o odmenách a náhradách súdnych exekútorov (ďalej len "vyhláška") za 6 hodín účelne vynaložených na exekúciu, z odmeny určenej paušálnou sumou za 8 úkonov exekučnej činnosti podľa ust. § 14 ods. 1 písm. b/, § 14 ods. 3, § 15 vyhlášky ako aj z náhrady hotových výdavkov podľa § 22 vyhlášky + 20 % DPH. Proti tomuto uzneseniu podal v zákonnej lehote odvolanie oprávnený, ktorý navrhol, aby súd v exekučnom konaní pokračoval a návrh exekútora na zastavenie exekúcie zamietol. Uviedol, že zastavením exekúcie by oprávnenému nebola poskytnutá dostatočná súdna ochrana, ktorej súčasťou je aj výkon rozhodnutia, čím by došlo k upretiu práva garantovaného Ústavou SR a medzinárodnými zmluvami. Exekútor si náhradu trov môže uplatniť nielen preddavkom, ale aj trovami exekučného konania, ale oprávnený sa výkonu svojho práva môže domáhať len exekúciou. V časti náhrady trov exekúcie oprávnený navrhol, aby súd v zmysle ust. § 150 ods. 2 O.s.p. uplatnil moderačné právo týkajúce sa trov konania a primerane znížil náhradu trov exekučného konania. Krajský súd ako odvolací súd (§ 10 ods. 1 O.s.p.) preskúmal napadnuté uznesenie súdu prvého stupňa podľa § 212 ods. 1 O.s.p., prejednal odvolanie oprávneného podľa ust. § 214 ods. 2 O.s.p. bez nariadenia odvolacieho pojednávania a dospel k záveru, že odvolanie oprávneného v časti smerujúcej proti výroku prvostupňového rozhodnutia o zastavení exekúcie je neprípustné a treba ho odmietnuť a v časti smerujúcej proti výroku prvostupňového rozhodnutia o náhrade trov exekúcie nie je nedôvodné. Vzhľadom na to, že zákon nebráni tomu, aby bolo vydané upovedomenie o začatí exekúcie pred zaplatením preddavku na odmenu exekútora a ani jeho vydanie nepodmieňuje zaplatením tohto preddavku, exekútorovi nič nebráni v tom, aby dal súdu v zmysle ust. § 31 ods. 1 Exekučného poriadku podnet na zastavenie exekúcie. Súd môže ale nemusí tak urobiť. Nakoľko zákon pre úvahu súdu nestanovuje žiadne kritériá, nie je možné ani preskúmavať správnosť takejto jeho úvahy. V zmysle ust. § 202 ods. 2 O.s.p., odvolanie proti uzneseniu v exekučnom konaní podľa osobitného zákona (Exekučného poriadku) nie je prípustné, ak tento osobitný zákon neustanovuje inak. Nakoľko odvolanie oprávneného v časti napadnutého výroku o zastavení exekúcie pre nezloženie preddavku na odmenu exekútora a na náhradu jeho hotových výdavkov oprávneným v lehote určenej exekútorom v zmysle ust. § 57 ods. 2 v spojení s ust. § 31 ods. 1 Exekučného poriadku smerovalo proti rozhodnutiu, proti ktorému nie je v zmysle Exekučného poriadku odvolanie prípustné, odvolací súd odvolanie v tejto časti podľa ust. § 218 ods. 1 písm. c/ O.s.p. odmietol. Čo sa týka náhrady trov exekúcie, odvolací súd po preskúmaní tejto časti odvolania oprávneného dospel k záveru, že jeho návrhu na zníženie trov exekúcie uplatnením moderačného práva súdom nie je možné vyhovieť, nakoľko použitie uvedeného inštitútu vo veci exekúcie neprichádza do úvahy v časti určenia výšky odmeny súdneho exekútora. Súd prvého stupňa po preskúmaní špecifikácie trov exekúcie a exekútorského spisu sp. zn. EX 4742/2007 priznal súdnemu exekútorovi náhradu trov exekúcie účelne vynaložených v súlade s ust. § 14, § 15, § 22 vyhlášky MS SR č. 288/1995 Z. z. o odmenách a náhradách súdnych exekútorov. Na základe uvedených skutočností a s ohľadom na ust. § 212 ods. 1 O.s.p. odvolací súd napadnuté uznesenie súdu prvého stupňa v napadnutom výroku o náhrade trov exekúcie ako vecne správne podľa § 219 ods. 1 O.s.p. potvrdil. O náhrade trov odvolacieho konania odvolací súd rozhodol podľa ust. § 224 ods. 1 O.s.p. v spojení s ust. § 142 O.s.p., povinnému však náhradu trov odvolacieho konania nepriznal, keď mu žiadne trovy v odvolacom konaní nevznikli a žiadne si ani neuplatňoval.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https://www.kauzis.sk/judikatura/r/ECLI:SK:KSBA:2012:1507219359.1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