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5Co/452/2012 z 27. 9. 2012</w:t>
      </w:r>
    </w:p>
    <w:p>
      <w:r>
        <w:t>Uznesenie Krajského súdu Bratislava z 27. septembra 2012, sp. zn. 5Co/452/2012, ECLI:SK:KSBA:2012:1507225373.1</w:t>
      </w:r>
    </w:p>
    <w:p>
      <w:r>
        <w:t>Súd: Krajský súd Bratislava</w:t>
      </w:r>
    </w:p>
    <w:p>
      <w:r>
        <w:t>Spisová značka: 5Co/452/2012</w:t>
      </w:r>
    </w:p>
    <w:p>
      <w:r>
        <w:t>ECLI: ECLI:SK:KSBA:2012:1507225373.1</w:t>
      </w:r>
    </w:p>
    <w:p>
      <w:r>
        <w:t>Dátum vydania: 27. 9.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5Co/452/2012 Identifikačné číslo súdneho spisu: 1507225373 Dátum vydania rozhodnutia: 28. 09. 2012 Meno a priezvisko sudcu, VSÚ: JUDr. Milan Chalúpka ECLI: ECLI:SK:KSBA:2012:1507225373.1 Uznesenie Krajský súd v Bratislave v právnej veci navrhovateľa: Dopravný podnik Bratislava, a.s., Olejkárska 1, Bratislava, zast. JUDr. Vladimírom Kánom, advokátom, P.O. BOX 75, 820 09 Bratislava, Advokátska kancelária ECKER-KÁN &amp; partners, Martina Benku 9 - C1, 811 07 Bratislava, proti odporcovi: S. Y., Š. XX, XXX XX G., o návrhu na zaplatenie 46,93 eur s príslušenstvom, na odvolanie navrhovateľa voči rozsudku Okresného súdu Bratislava V č.k. 49C 377/2011- 31 z dňa 20. júna 2012 takto r o z h o d o l : Odvolací súd odvolanie odporcu o d m i e t a . Žiaden z účastníkov nemá právo na náhradu trov odvolacieho konania. o d ô v o d n e n i e : Súd prvého stupňa napadnutým rozsudkom rozhodol, že odporca je povinný zaplatiť navrhovateľovi istinu 46,93 eur a trovy právneho zastúpenia v sume 30,34 eura a náhradu trov konania v sume 16,59 eur. Navrhovateľ sa návrhom podaným súdu prvého stupňa dňa 20.08. 2007 domáhal proti odporcovi zaplatenia žalovanej sumy a náhrady trov konania z dôvodu , že odporca cestoval 24.05.2007 v dopravnom prostriedku navrhovateľa bez platného cestovného lístka, čím mu vznikla povinnosť zaplatiť aj sankciu za porušenie tejto povinnosti vo výške 46,47 eur. - 2 - Odporca na pojednávaní uznal nárok navrhovateľa uplatnený návrhom v celom rozsahu , čo do dôvodu aj výšky. Na základe uznania nároku odporcom súd prvého stupňa rozhodol vo veci rozsudkom č. k. 49C 377/2011 -31 podľa § 153a O.s.p.. Voči uvedenému rozsudku podal v zákonom stanovenej lehote odvolanie odporca v ktorom v podstate požiadal o splátkový kalendár sumy, ktorú je povinný navrhovateľovi uhradiť. K odvolaniu odporcu sa vyjadril navrhovateľ v ktorom uviedol, že voči odporcovi evidujú viacero pohľadávok z ktorých ani jednu nesplatil a nespláca a odvolaciemu súdu navrhol, aby napadnutý rozsudok potvrdil a priznal mu náhradu trov právneho zastúpenia v odvolacom konaní vo výške 29,08 eur. Odvolací súd preskúmal napadnutý rozsudok podľa § 212 ods. 1 O.s.p. bez nariadenia odvolacieho pojednávania (§ 214 ods. 2 O.s.p.) a dospel k záveru, že odvolanie odporcu je potrebné odmietnuť. Podľa § 202 ods. 1 O.s.p. proti rozsudku vydanému na základe uznania nároku nie je prípustné odvolanie a z tohto dôvodu musel odvolací súd odvolanie odporcu odmietnuť. O náhrade trov odvolacieho konania bolo rozhodnuté podľa § 224 ods. 1 a § 146 ods. 1 písm. c) O.s.p., keď výsledok odvolacieho konania bol analogický ako pri zastavení konania. Poučenie: Toto uznesenie nemožno napadnúť odvolaním.</w:t>
      </w:r>
    </w:p>
    <w:p/>
    <w:p>
      <w:r>
        <w:t>Zdroj: KAUZIS.SK – https://www.kauzis.sk/judikatura/r/ECLI:SK:KSBA:2012:1507225373.1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