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7Co/343/2010 z 23. 2. 2012</w:t>
      </w:r>
    </w:p>
    <w:p>
      <w:r>
        <w:t>Uznesenie Krajského súdu Bratislava z 23. februára 2012, sp. zn. 7Co/343/2010, ECLI:SK:KSBA:2012:1508211575.2</w:t>
      </w:r>
    </w:p>
    <w:p>
      <w:r>
        <w:t>Súd: Krajský súd Bratislava</w:t>
      </w:r>
    </w:p>
    <w:p>
      <w:r>
        <w:t>Spisová značka: 7Co/343/2010</w:t>
      </w:r>
    </w:p>
    <w:p>
      <w:r>
        <w:t>ECLI: ECLI:SK:KSBA:2012:1508211575.2</w:t>
      </w:r>
    </w:p>
    <w:p>
      <w:r>
        <w:t>Dátum vydania: 23. 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7Co/343/2010 Identifikačné číslo súdneho spisu: 1508211575 Dátum vydania rozhodnutia: 24. 02. 2012 Meno a priezvisko sudcu, VSÚ: JUDr. Edita Szabová ECLI: ECLI:SK:KSBA:2012:1508211575.2 Uznesenie Krajský súd v Bratislave v právnej veci navrhovateľa: Dopravný podnik Bratislava, a.s., Olejkárska 1, Bratislava, IČO : 004 927 36, zastúpený advokátom JUDr. Vladimírom Kánom, AK- ECKER-KÁN &amp; PARTNERS, s.r.o., Námestie Martina Benku 9-C1, Bratislava, proti odporkyni: E. Č., J.. XX.X.XXXX, J. G. G. XXXX/XX, G., zastúpená opatrovníčkou Janou Kovačovičovou, súdnou tajomníčkou Krajského súdu v Bratislave, o späťvzatí návrhu na začatie konania vedenom na Okresnom súde Bratislava V pod sp. zn. 16C 31/2009 r o z h o d o l : Krajský súd v Bratislave späťvzatie návrhu na začatie konania p r i p ú š ť a, rozsudok Okresného súdu Bratislava V, č. k. 16C 31/2009-35, zo dňa 7.7.2010 v celom rozsahu z r u š u j e a konanie vo veci z a s t a v u j e . Odporkyni sa náhrada trov konania nepriznáva. o d ô v o d n e n i e : Návrhom na začatie konania, doručeným súdu dňa 14.5.2008 sa navrhovateľ domáhal voči odporkyni zaplatenia 1.414,-Sk (46,93 Eur) a náhrady trov konania. Rozsudkom č.k. 16C 31/2009-35, zo dňa 7.7.2010, Okresný súd Bratislava V zaviazal odporkyňu na zaplatenie sumy 46,93 Eur navrhovateľovi a na náhradu trov konania vo výške 71,11 Eur k rukám právneho zástupcu navrhovateľa. Rozsudok bol právnemu zástupcovi navrhovateľa doručený dňa 29.7.2010. Podaním, doručeným súdu dňa 12.8.2010 zobral navrhovateľ návrh na začatie konania späť bez uvedenia dôvodu a požiadal súd, aby konanie zastavil. Na základe výzvy odvolacieho súdu zo dňa 14.2.2012, ustanovená opatrovníčka odporkyne podaním zo dňa 20.2.2012 vyjadrila súhlas so späťvzatím návrhu na začatie konania. Podľa § 208 O.s.p., ak je návrh na začatie konania vzatý späť, keď už rozhodol súd prvého stupňa, ale jeho rozhodnutie dosiaľ nie je právoplatné, odvolací súd rozhodne o pripustení späťvzatia. Súd späťvzatie nepripustí, ak s tým druhý účastník nesúhlasí. Ak späťvzatie pripustí, odvolací súd zruší rozhodnutie súd prvého stupňa a konanie zastaví. Odvolací súd, na základe vyššie uvedených skutkových okolností a v zmysle citovaného zákonného ustanovenia, späťvzatie návrhu pripustil, rozsudok prvostupňového súdu zrušil a konanie vo veci zastavil, nakoľko navrhovateľ zobral návrh na začatie konania späť pred nadobudnutím právoplatnosti rozsudku č.k. 16 C 31/2009-35, zo dňa 7.7.2010 a opatrovníčka odporkyne vyjadrila so späťvzatím súhlas. O trovách konania rozhodol odvolací súd podľa ust. § 224 ods. 1 v spojení s ust. § 146 ods. 2 , prvá veta O.s.p.. Podľa týchto ustanovení vznikol odporkyni nárok na náhradu trov konania, nakoľko z procesného hľadiska zavinil zastavenie konania navrhovateľ. Odporkyni však žiadne trovy konania nevznikli, preto jej odvolací súd ich náhradu nepriznal. Poučenie: Proti tomuto uzneseniu odvolanie nie je prípustné.</w:t>
      </w:r>
    </w:p>
    <w:p/>
    <w:p>
      <w:r>
        <w:t>Zdroj: KAUZIS.SK – https://www.kauzis.sk/judikatura/r/ECLI:SK:KSBA:2012:1508211575.2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