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6Co/221/2011 z 29. 3. 2012</w:t>
      </w:r>
    </w:p>
    <w:p>
      <w:r>
        <w:t>Uznesenie Krajského súdu Bratislava z 29. marca 2012, sp. zn. 6Co/221/2011, ECLI:SK:KSBA:2012:1508228793.1</w:t>
      </w:r>
    </w:p>
    <w:p>
      <w:r>
        <w:t>Súd: Krajský súd Bratislava</w:t>
      </w:r>
    </w:p>
    <w:p>
      <w:r>
        <w:t>Spisová značka: 6Co/221/2011</w:t>
      </w:r>
    </w:p>
    <w:p>
      <w:r>
        <w:t>ECLI: ECLI:SK:KSBA:2012:1508228793.1</w:t>
      </w:r>
    </w:p>
    <w:p>
      <w:r>
        <w:t>Dátum vydania: 29.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6Co/221/2011 Identifikačné číslo súdneho spisu: 1508228793 Dátum vydania rozhodnutia: 30. 03. 2012 Meno a priezvisko sudcu, VSÚ: JUDr. Martin Murgaš ECLI: ECLI:SK:KSBA:2012:1508228793.1 Uznesenie Krajský súd v Bratislave v právnej veci žalobcu: G. Y., bytom H. XXX/XX, V. H., zastúpeného advokátom JUDr. Dominikom Okenicom, Partizánska 2, Bratislava, proti žalovanému: Martin Wismans, s.r.o., Kutlíkova 17/A, Bratislava, o určenie neplatnosti skončenia pracovného pomeru, zaplatenie náhrady mzdy a náhrady škody, na odvolanie žalobcu proti rozsudku Okresného súdu Bratislava V, č.k. 12C/275/2008-118, z 26. apríla 2011, pomerom hlasov 3:0, takto r o z h o d o l : Rozsudok súdu prvého stupňa sa v napadnutej časti z r u š u j e a vec sa v rozsahu zrušenia v r a c i a na ďalšie konanie. o d ô v o d n e n i e : Súd prvého stupňa napadnutým rozsudkom v spojení s opravným uznesením č.k. 12C/275/2008-136 zo 7.10.2011 uložil žalovanému povinnosť zaplatiť žalobcovi náhradu mzdy v sume priemerného denného zárobku žalobcu vo výške 23,68 eura za každý pracovný deň od 15.12.2008 až do 25.4.2011 a ďalej zaplatiť mu titulom náhrady škody 182,40 eura s úrokom z omeškania vo výške 8,5 % ročne odo dňa 22.2.2009 až do zaplatenia; vo zvyšku žalobu zamietol; žalobcovi náhradu trov konania nepriznal; žalovanému uložil povinnosť zaplatiť na účet súdu prvého stupňa titulom náhrady trov štátu 30,91 eura a súdny poplatok za žalobu 1.268 eura. Rozsudok v časti náhrady trov konania žalobcu odôvodnil § 142 ods. 1 O.s.p. v spojení s § 149 ods. 1 O.s.p. a 151 ods. 1 O.s.p.; žalobcovi náhradu trov konania nepriznal, nakoľko advokát žalobcu si nevyčíslil odmenu právneho zastúpenia a iné trovy žalobcovi nevznikli. Proti rozsudku v časti výroku o náhrade trov konania žalobcu podal odvolanie žalobca a žiadal rozsudok súdu prvého stupňa v napadnutej časti zmeniť a uložiť žalovanému povinnosť nahradiť žalobcovi trovy konania 5.756,45 eura. Uviedol, že trovy konania riadne vyčíslil v lehote troch pracovných dní od vyhlásenia rozsudku. Po vyhlásení rozsudku na pojednávaní 26.4.2011 podal žalobca 28.4.2011 písomné vyčíslenie trov konania na pošte. V zmysle § 57 ods. 3 O.s.p. tak bola zachovaná trojdňová lehota na vyčíslenie trov konania. Odvolací súd viazaný rozsahom a dôvodmi odvolania (§ 212 ods. 1 O.s.p.), preskúmal rozsudok v napadnutom rozsahu, prejednal odvolanie bez nariadenia pojednávania podľa § 214 ods. 2 O.s.p. a dospel k záveru, že odvolanie je dôvodné. Podľa § 151 ods. 1 O.s.p. o povinnosti nahradiť trovy konania rozhoduje súd na návrh spravidla v rozhodnutí, ktorým sa konanie končí. Účastník, ktorému sa prisudzuje náhrada trov konania, je povinný trovy konania vyčísliť najneskôr do troch pracovných dní od vyhlásenia tohto rozhodnutia. Podľa § 151 ods. 2 O.s.p. ak účastník v lehote podľa odseku 1 trovy nevyčísli, súd mu prizná náhradu trov konania vyplývajúcich zo spisu ku dňu vyhlásenia rozhodnutia s výnimkou trov právneho zastúpenia; ak takému účastníkovi okrem trov právneho zastúpenia iné trovy zo spisu nevyplývajú, súd mu náhradu trov konania neprizná a v takom prípade súd nie je viazaný rozhodnutím o prisúdení náhrady trov konania tomuto účastníkovi v rozhodnutí, ktorým sa konanie končí. Podľa § 57 ods. 3 O.s.p. lehota je zachovaná, ak sa posledný deň lehoty urobí úkon na súde alebo podanie odovzdá orgánu, ktorý má povinnosť ho doručiť. Žalobca, ktorému súd prvého stupňa prisúdil v rozsudku vyhlásenom na pojednávaní 26.4.2011 náhradu trov konania, bol povinný v zmysle § 151 ods. 1 O.s.p. trovy konania vyčísliť najneskôr do troch pracovných dní od vyhlásenia tohto rozhodnutia. Vyčíslenie trov konania podaním z 28.4.2011 podal žalobca podľa podacieho lístka na poštovú prepravu 28.4.2011, t.j. v lehote troch pracovných dní od vyhlásenia rozsudku v zmysle § 151 ods. 1 O.s.p. v spojení s § 57 ods. 3 O.s.p. Súd prvého stupňa preto nepostupoval správne, keď žalobcovi náhradu trov konania v zmysle § 151 ods. 2 O.s.p. nepriznal. Odvolací súd preto rozsudok v napadnutej časti zrušil a vrátil vec na ďalšie konanie (§ 221 ods. 1 písm. h), ods. 2 O.s.p.). V ďalšom konaní súd prvého stupňa rozhodne o náhrade trov konania žalobcu na základe ich vyčíslenia podaním z 28.4.2011 (odvolací súd nemohol rozhodnúť o výške náhrady trov konania žalobcu, nakoľko by odňal možnosť preskúmania takéhoto rozhodnutia v rámci konania o riadnom opravnom prostriedku). Poučenie: Proti tomuto uzneseniu odvolanie nie je prípustné.</w:t>
      </w:r>
    </w:p>
    <w:p/>
    <w:p>
      <w:r>
        <w:t>Zdroj: KAUZIS.SK – https://www.kauzis.sk/judikatura/r/ECLI:SK:KSBA:2012:1508228793.1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