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3Cob/371/2011 z 29. 3. 2012</w:t>
      </w:r>
    </w:p>
    <w:p>
      <w:r>
        <w:t>Uznesenie Krajského súdu Bratislava z 29. marca 2012, sp. zn. 3Cob/371/2011, ECLI:SK:KSBA:2012:1509222250.1</w:t>
      </w:r>
    </w:p>
    <w:p>
      <w:r>
        <w:t>Súd: Krajský súd Bratislava</w:t>
      </w:r>
    </w:p>
    <w:p>
      <w:r>
        <w:t>Spisová značka: 3Cob/371/2011</w:t>
      </w:r>
    </w:p>
    <w:p>
      <w:r>
        <w:t>ECLI: ECLI:SK:KSBA:2012:1509222250.1</w:t>
      </w:r>
    </w:p>
    <w:p>
      <w:r>
        <w:t>Dátum vydania: 29.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3Cob/371/2011 Identifikačné číslo súdneho spisu: 1509222250 Dátum vydania rozhodnutia: 30. 03. 2012 Meno a priezvisko sudcu, VSÚ: JUDr. Elena Ondrišová ECLI: ECLI:SK:KSBA:2012:1509222250.1 Uznesenie Krajský súd v Bratislave v právnej veci žalobcu H.C.K. GROUP, s. r. o., Weisseho 16/2429, Nové Mesto nad Váhom, IČO: 31 332 269, zast. advokátom JUDr. Markom Pavlíkom, L. Novomeského 2695/1, Trenčín proti žalovanému JUDr. Rastislav Vranec, Macharova 9, Bratislava, IČO: 307 920 61, zast. AK Balara, s. r. o., Košická 56, Bratislava, IČO: 36 858 528, o zaplatenie 2.992,26 EUR s prísl. a o odvolaní žalovaného proti uzneseniu Okresného súdu Bratislava V v Bratislave, č. k. 21Cb/21/2010-64 z 29. júla 2010 jednohlasne takto r o z h o d o l : Krajský súd v Bratislave uznesenie Okresného súdu Bratislava V v Bratislave, č. k. 21Cb/21/2010-64 z 29. júla 2010 p o t v r d z u j e . o d ô v o d n e n i e : Napadnutým uznesením súd prvého stupňa uložil žalovanému povinnosť zaplatiť v lehote 10 dní od doručenia uznesenia súdny poplatok za odpor v sume 179,50 EUR s poukazom na položku č. 1, písm. a) Sadzobníka súdnych poplatkov tvoriaceho prílohu zák. č. 71/1992 Zb. Proti tomuto uzneseniu podal včas odvolanie žalovaný navrhujúc ho zrušiť. Namietal nedostatok pasívnej legitimácie, nakoľko škodu nespôsobil, čo aj v konaní preukázal, avšak nemal inú možnosť, ako brániť sa podaním odporu, hoci jeho majetkové pomery sú nepriaznivé a sú splnené podmienky na jeho oslobodenie spod poplatkovej povinnosti. Odvolací súd prejednal vec podľa § 212 ods. 1 a § 214 ods. 2 O. s. p. bez nariadenia pojednávania a dospel k záveru, že napadnuté uznesenie je vecne správne. Vychádzajúc z obsahu odvolania odvolateľa, odvolací súd má za to, že ním uvádzané dôvody sú z hľadiska jeho poplatkovej povinnosti bez právneho významu. Ak žaloba nebola podaná dôvodne, bude žalobca povinný nahradiť žalovanému podľa § 142 ods. 1 O. s. p. jeho trovy včítane súdneho poplatku za odpor. Nakoľko bol súdny poplatok vyrubený v sadzbe zodpovedajúcej zák. č. 71/1992 Zb. a uznesením, č. k. 21Cb/21/2010-133 z 29. októbra 2010 v spojení s uznesením Krajského súdu v Bratislave, č. k. 3Cob/442/2010-141 z 20. júla 2011, nebol žalovaný oslobodený spod poplatkovej povinnosti, odvolací súd napadnuté uznesenie súdu prvého stupňa ako vecne správne podľa § 220 O. s. p. potvrdil. Poučenie: Proti tomuto uzneseniu odvolanie nie je prípustné.</w:t>
      </w:r>
    </w:p>
    <w:p/>
    <w:p>
      <w:r>
        <w:t>Zdroj: KAUZIS.SK – https://www.kauzis.sk/judikatura/r/ECLI:SK:KSBA:2012:1509222250.1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