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3CoZm/39/2011 z 28. 11. 2012</w:t>
      </w:r>
    </w:p>
    <w:p>
      <w:r>
        <w:t>Uznesenie Krajského súdu Bratislava z 28. novembra 2012, sp. zn. 3CoZm/39/2011, ECLI:SK:KSBA:2012:1510203213.1</w:t>
      </w:r>
    </w:p>
    <w:p>
      <w:r>
        <w:t>Súd: Krajský súd Bratislava</w:t>
      </w:r>
    </w:p>
    <w:p>
      <w:r>
        <w:t>Spisová značka: 3CoZm/39/2011</w:t>
      </w:r>
    </w:p>
    <w:p>
      <w:r>
        <w:t>ECLI: ECLI:SK:KSBA:2012:1510203213.1</w:t>
      </w:r>
    </w:p>
    <w:p>
      <w:r>
        <w:t>Dátum vydania: 28. 11. 2012</w:t>
      </w:r>
    </w:p>
    <w:p>
      <w:r>
        <w:t>Forma: Uznesenie</w:t>
      </w:r>
    </w:p>
    <w:p>
      <w:r>
        <w:t>Oblasť práva: Obchodné právo</w:t>
      </w:r>
    </w:p>
    <w:p>
      <w:pPr>
        <w:pStyle w:val="Heading2"/>
      </w:pPr>
      <w:r>
        <w:t>Text rozhodnutia</w:t>
      </w:r>
    </w:p>
    <w:p>
      <w:r>
        <w:t>Súd: Krajský súd Bratislava Spisová značka: 3CoZm/39/2011 Identifikačné číslo súdneho spisu: 1510203213 Dátum vydania rozhodnutia: 29. 11. 2012 Meno a priezvisko sudcu, VSÚ: JUDr. Helena Škrinárová ECLI: ECLI:SK:KSBA:2012:1510203213.1 Uznesenie Krajský súd v Bratislave v právnej veci navrhovateľa ČSOB Leasing, a. s. Bratislava, Panónska cesta 11, IČO: 35 704 713, práv. zást. JUDr. Milan Malata, advokát, AK Prievozská 4/B, Bratislava proti odporcom 1. Marián Tomaníček -TomSpeed, IČO: 34 225 927, Baničova 8, Žilina a X. Ľ. I., K.. XX.X.XXXX, O. X, Ž., práv. zást. JUDr. Ján Siget, advokát, Bottova 7, Žilina, o zaplatenie 29.535,71 eur s príslušenstvom na základe zmenky, o námietkach odporcov proti zmenkovému platobnému rozkazu a o odvolaní odporcov proti rozsudku Okresného súdu Bratislava V v Bratislave, č. k. 3CbZm/37/2011-91 zo dňa 21.09.2011, takto r o z h o d o l : Krajský súd v Bratislave rozsudok Okresného súdu Bratislava V v Bratislave, č. k. 3CbZm/37/2011-91 zo dňa 21.09.2011 v napadnutej časti výroku o trovách konania p o t v r d z u j e . Navrhovateľovi náhradu trov odvolacieho konania nepriznáva. o d ô v o d n e n i e : Napadnutým rozsudkom súd prvého stupňa ponechal v platnosti zmenkový platobný rozkaz vydaný pod č. k. 3Zm/60/2010-59 dňa 13.1.2011 v celom rozsahu. O náhrade trov konania rozhodol podľa § 142 ods. 1 O.s.p. tak, že ich priznal úspešnému navrhovateľovi. Navrhovateľovi v námietkovom konaní vznikli trovy z titulu právneho zastúpenia za 2 úkony právnej pomoci (písomné vyjadrenie k námietkam a účasť na pojednávaní). V zmysle § 10 ods. 1 vyhlášky č. 655/2004 Z. z. o odmenách a náhradách advokátov za poskytovanie právnych služieb v platnom znení, je základná sadzba tarifnej odmeny 220,74 eur za 1 úkon, 2x režijný paušál + 20% DPH, spolu 706,92 eur, ktorú sumu súd prvého stupňa uložil zaplatiť odporcom spoločne a nerozdielne. S týmto rozhodnutím v časti výroku o náhrade trov konania sa neuspokojili odporcovia a v zákonnej lehote podali proti nemu odvolanie, v ktorom navrhli rozsudok v napadnutej časti zmeniť tak, že súd navrhovateľovi náhradu trov neprizná. Namietali, že navrhovateľ počas konania urobil dve čiastočné späťvzatia, čím zmenková suma dosiahla 11.768,30 eur. Navrhovateľ bez toho, aby odporcov vyzval na zaplatenie, podal návrh v rozpore so skutočným stavom a to až v rozsahu 17.000,- eur. V konaní teda boli úspešní odporcovia takmer v dvoch tretinách a preto majú právo na náhradu trov konania. Krajský súd v Bratislave prejednal odvolanie odporcov podľa § 212 ods. 1 a 214 ods. 2 O.s.p. bez nariadenia pojednávania a po preskúmaní napadnutého rozhodnutia a obsahu spisu zistil, že odvolanie odporcov nie je dôvodné. Podľa ustanovenia § 175 ods. 4 O.s.p. súd prvého stupňa po včas podaných a odôvodnených námietkach nariadi na ich prejednanie pojednávanie. Zmenkový platobný rozkaz bol vydaný na zmenkovú sumu 11.768,30 eur s príslušenstvom a teda len táto suma bola predmetom námietkového konania. Z tejto sumy si navrhovateľ vyúčtoval i náhradu trov konania, ktorá mu vznikla z titulu právneho zastúpenia. Súd prvého stupňa preto správne rozhodol, keď v námietkovom konaní úspešnému navrhovateľovi priznal ich náhradu v súlade s § 142 O.s.p. v plnej výške. Z uvedených dôvodov odvolací súd rozsudok súdu prvého stupňa v napadnutej časti výroku o náhrade trov konania v zmysle § 219 ods. 1 O.s.p. potvrdil ako vecne správny. Pre úplnosť odvolací súd uvádza, že zmenkový platobný rozkaz bol súdom prvého stupňa vydaný až po druhom čiastočnom späťvzatí na sumu 11.768,30 eur s príslušenstvom a preto predmetom námietkového konania bola len suma, ktorú odporcovia nezaplatili a zmenkový platobný rozkaz bol napadnutým rozsudkom ponechaný v platnosti v celom rozsahu. O trovách odvolacieho konania malo byť rozhodnuté tak, že ich náhrada patrí úspešnému navrhovateľovi. Navrhovateľovi v odvolacom konaní trovy nevznikli a preto odvolací súd mu náhradu trov konania nepriznal. Toto rozhodnutie prijal Krajský súd v Bratislave v senáte pomerom hlasov 3 : 0 (§ 3 ods. 9 zákona č. 757/2004 Z. z. o súdoch a o zmene a doplnení niektorých zákonov v znení účinnom od 1. mája 2011). Poučenie: Proti tomuto uzneseniu odvolanie nie je prípustné.</w:t>
      </w:r>
    </w:p>
    <w:p/>
    <w:p>
      <w:r>
        <w:t>Zdroj: KAUZIS.SK – https://www.kauzis.sk/judikatura/r/ECLI:SK:KSBA:2012:1510203213.1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