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2CoZm/21/2011 z 25. 1. 2012</w:t>
      </w:r>
    </w:p>
    <w:p>
      <w:r>
        <w:t>Uznesenie Krajského súdu Bratislava z 25. januára 2012, sp. zn. 2CoZm/21/2011, ECLI:SK:KSBA:2012:1510206746.1</w:t>
      </w:r>
    </w:p>
    <w:p>
      <w:r>
        <w:t>Súd: Krajský súd Bratislava</w:t>
      </w:r>
    </w:p>
    <w:p>
      <w:r>
        <w:t>Spisová značka: 2CoZm/21/2011</w:t>
      </w:r>
    </w:p>
    <w:p>
      <w:r>
        <w:t>ECLI: ECLI:SK:KSBA:2012:1510206746.1</w:t>
      </w:r>
    </w:p>
    <w:p>
      <w:r>
        <w:t>Dátum vydania: 25.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2CoZm/21/2011 Identifikačné číslo súdneho spisu: 1510206746 Dátum vydania rozhodnutia: 26. 01. 2012 Meno a priezvisko sudcu, VSÚ: JUDr. Zita Ilčíková ECLI: ECLI:SK:KSBA:2012:1510206746.1 Uznesenie Krajský súd v Bratislave v právnej veci navrhovateľa: Finance expert, spol. s r.o., Niťová 3, Bratislava, IČO: 43 981 003, zast.: JUDr. Gabriel Almáši, s.r.o., Niťová 3, Bratislava, proti odporcovi: P. L., nar. XX.XX.XXXX, bytom A., K. XX, o zaplatenie 3.087,03 Eur s príslušenstvom, o odvolaní odporkyne proti uzneseniu Okresného súdu Bratislava V, č.k. 1CbZm/74/2010-28 zo dňa 13.08.2010 takto r o z h o d o l : Krajský súd v Bratislave uznesenie Okresného súdu Bratislava V, č.k. 1CbZm/74/2010-28 zo dňa 13.08.2010 zrušuje o d ô v o d n e n i e : Napadnutým uznesením súd prvého stupňa uložil odporkyni povinnosť zaplatiť súdny poplatok za námietky proti zmenkovému platobnému rozkazu v sume 185 Eur. Rozhodol tak s poukazom na zákon o súdnych poplatkoch č. 71/92 Zb. Proti tomuto uzneseniu podala v zákonom stanovenej lehote odvolanie odporkyňa. Žiadala uznesenie súdu prvého stupňa z dôvodu, že tu ide o spor zo spotrebiteľskej zmluvy o úvere, na ktoré sa vzťahuje oslobodenie od platenia súdneho poplatku. Odvolací súd preskúmal rozhodnutie súdu prvého stupňa podľa § 212 ods. 1 O.s.p., bez nariadenia pojednávania podľa § 214 ods. 2 O.s.p., oboznámil sa s procesným postupom súdu prvého stupňa, ako aj s dôvodmi uvedenými v odvolaní odporkyne a jednohlasne dospel k záveru, že odvolanie je dôvodné a je potrebné tomuto vyhovieť. V danom prípade sa jedná o vlastnú zmenku vystavenú odporkyňou na základe Zmluvy o úvere č. 24 uzavretej dňa 28.07.2008 na sumu 30.000,-Sk s 5% mesačným úrokom, zmluvnou pokutou a príslušenstvom. Odporkyňa sa v námietkach proti zmenkovému platobnému rozkazu bránila s poukazom na neprijateľné podmienky uvedené v zmluve o poskytnutí úveru. Podľa § 4 ods. 2 písm. za (od poplatku je oslobodení) spotrebiteľ domáhajúci sa ochrany svojho práva podľa osobitného predpisu. V danom prípade sa jedná o osobné oslobodenie od platenia súdneho poplatku. Súd prvého stupňa teda postupoval v rozpore so zákonom pokiaľ odporkyni uložil povinnosť zaplatiť súdny poplatok za podanie námietok proti vydanému zmenkovému platobnému rozkazu. Odvolací súd preto uznesenie súdu prvého stupňa podľa § 221 ods. 1 písm. i) O.s.p. zrušil. Poučenie: Proti tomuto uzneseniu odvolanie nie je prípustné</w:t>
      </w:r>
    </w:p>
    <w:p/>
    <w:p>
      <w:r>
        <w:t>Zdroj: KAUZIS.SK – https://www.kauzis.sk/judikatura/r/ECLI:SK:KSBA:2012:1510206746.1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