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1CoZm/16/2012 z 29. 4. 2012</w:t>
      </w:r>
    </w:p>
    <w:p>
      <w:r>
        <w:t>Uznesenie Krajského súdu Bratislava z 29. apríla 2012, sp. zn. 1CoZm/16/2012, ECLI:SK:KSBA:2012:1510215936.1</w:t>
      </w:r>
    </w:p>
    <w:p>
      <w:r>
        <w:t>Súd: Krajský súd Bratislava</w:t>
      </w:r>
    </w:p>
    <w:p>
      <w:r>
        <w:t>Spisová značka: 1CoZm/16/2012</w:t>
      </w:r>
    </w:p>
    <w:p>
      <w:r>
        <w:t>ECLI: ECLI:SK:KSBA:2012:1510215936.1</w:t>
      </w:r>
    </w:p>
    <w:p>
      <w:r>
        <w:t>Dátum vydania: 29. 4.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1CoZm/16/2012 Identifikačné číslo súdneho spisu: 1510215936 Dátum vydania rozhodnutia: 30. 04. 2012 Meno a priezvisko sudcu, VSÚ: JUDr. Danica Michalková ECLI: ECLI:SK:KSBA:2012:1510215936.1 Uznesenie Krajský súd v Bratislave v právnej veci navrhovateľa: UniCredit Bank Slovakia, a. s., so sídlom Šancová 1/A, 813 33 Bratislava, IČO: 00681709, zast. HMG &amp; PARTNERS, s. r. o., Štefanovičova 12, 811 04 Bratislava, IČO: 35885459, proti odporcom: 1) AGATHEL, s. r. o., so sídlom Nezábudková 24, 821 01 Bratislava, IČO: 35974214, 2) T. V., nar. XX. XX. XXXX, bytom B. XXXX/XX, XXX XX J. a 3) P. B., nar. XX. XX. XXXX, bytom Y. XXXX/XX, XXX XX J., o zaplatenie 15.281,45 Eur s príslušenstvom a odmeny zo zmenky a o žiadosti odporkyne v 2. rade o oslobodenie od súdnych poplatkov, o odvolaní odporkyne v 2. rade proti uzneseniu Okresného súdu Bratislava V zo dňa 07. 12. 2011 č. k. 3CbZm/104/2010-86 takto r o z h o d o l : Odvolanie odporkyne v 2. rade sa o d m i e t a . o d ô v o d n e n i e : Napadnutým uznesením súd prvého stupňa odporkyni v 2. rade nepriznal oslobodenie od platenia súdnych poplatkov, nakoľko mal za preukázané, že odporkyňa v 2. rade nespĺňa predpoklady ustanovené v § 138 O.s.p. Uvedené uznesenie bolo odporkyni v 2. rade doručené dňa 20. 12. 2011. Voči uvedenému uzneseniu sa odporkyňa v 2. rade listom zo dňa 12. 01. 2012 (dané na poštovú prepravu 09. 01. 2012) odvolala. Podľa ust. § 204 ods. 1 O.s.p. odvolanie sa podáva do pätnástich dní od doručenia rozhodnutia na súde, proti rozhodnutiu ktorého smeruje. Ak bolo vydané opravné uznesenie, lehota plynie znovu od doručenia opravného uznesenia len v rozsahu vykonanej opravy. Podľa ods. 2 citovaného ustanovenia odvolanie je podané včas aj vtedy, ak bolo podané po uplynutí lehoty podľa ods. 1 preto, že sa odvolateľ spravoval nesprávnym poučením súdu o lehote na podanie odvolania. Napadnuté uznesenie, ako už bolo vyššie uvedené, bolo odporkyni v 2. rade doručené dňa 20. 12. 2011. Odporkyňa v 2. rade bola riadne poučená súdom prvého stupňa, že uznesenie možno napadnúť odvolaním v lehote 15 dní od jeho doručenia. Dňa 21. 12. 2011 začala odporkyni v 2. rade plynúť 15 dňová lehota na podanie odvolania, ktorá márne uplynula dňa 04. 01. 2012 (streda). Z podacej pečiatky pošty vyplýva, že odporkyňa v 2. rade dala na poštovú prepravu zásielku - odvolanie dňa 09. 01. 2012, to znamená oneskorene. Podľa ust. § 218 ods. 1 písm. a) O.s.p. odvolací súd odmietne odvolanie, ktoré bolo podané oneskorene. Z týchto dôvodov preto odvolací súd odvolanie odporkyne v 2. rade podľa ust. § 218 ods. 1 písm. a) O.s.p. ako oneskorené odmietol. Súčasne odvolací súd dodáva, že súd prvého stupňa nadbytočne vyzýval odporkyňu v 2. rade na odstraňovanie vady podaného odvolania, nakoľko ako prvotnou podmienkou pre posudzovanie obsahu podaného odvolania je včasnosť podaného odvolania. Z týchto dôvodov už preto nebolo možné akceptovať skutočnosti uvádzané v liste odporkyne v 2. rade zo dňa 23. 03. 2012 (č. l. 14 spisu). Toto rozhodnutie prijal senát krajského súdu pomerom hlasov 3 : 0. Poučenie: Proti tomuto uzneseniu odvolanie n i e j e prípustné.</w:t>
      </w:r>
    </w:p>
    <w:p/>
    <w:p>
      <w:r>
        <w:t>Zdroj: KAUZIS.SK – https://www.kauzis.sk/judikatura/r/ECLI:SK:KSBA:2012:1510215936.1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