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20CoE/559/2010 z 15. 2. 2012</w:t>
      </w:r>
    </w:p>
    <w:p>
      <w:r>
        <w:t>Uznesenie Krajského súdu Bratislava z 15. februára 2012, sp. zn. 20CoE/559/2010, ECLI:SK:KSBA:2012:1510218571.1</w:t>
      </w:r>
    </w:p>
    <w:p>
      <w:r>
        <w:t>Súd: Krajský súd Bratislava</w:t>
      </w:r>
    </w:p>
    <w:p>
      <w:r>
        <w:t>Spisová značka: 20CoE/559/2010</w:t>
      </w:r>
    </w:p>
    <w:p>
      <w:r>
        <w:t>ECLI: ECLI:SK:KSBA:2012:1510218571.1</w:t>
      </w:r>
    </w:p>
    <w:p>
      <w:r>
        <w:t>Dátum vydania: 15. 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20CoE/559/2010 Identifikačné číslo súdneho spisu: 1510218571 Dátum vydania rozhodnutia: 16. 02. 2012 Meno a priezvisko sudcu, VSÚ: JUDr. Tatiana Pastieriková ECLI: ECLI:SK:KSBA:2012:1510218571.1 Uznesenie Krajský súd v Bratislave v exekučnej veci oprávneného: POHOTOVOSŤ, s.r.o., Pribinova 25, 811 09 Bratislava, IČO: 35 807 598, právne zastúpený: Advocate, s.r.o., Pribinova 25, 811 09 Bratislava, IČO: 36 865 141, konajúci prostredníctvom JUDr. Martina Máčaja, advokát, konateľ Advocate, s.r.o., proti povinnému: H. H., X.. XX.XX.XXXX, L. B. XXXX/XX, XXX XX L., vedenej súdnym exekútorom JUDr. Rudolfom Krutým, so sídlom Exekútorského úradu Záhradnícka 62, 821 08 Bratislava, pod č. EX 8286/2010, pre vymoženie uloženej povinnosti s príslušenstvom, o odvolaní oprávneného proti uzneseniu Okresného súdu Bratislava V č. k. 37 Er/4645/2010 - 10 zo dňa 13.10.2010, takto r o z h o d o l : Krajský súd v Bratislave odvolacie konanie z a s t a v u j e . Žiaden účastník nemá právo na náhradu trov odvolacieho konania. o d ô v o d n e n i e : Napadnutým uznesením súd prvého stupňa zamietol žiadosť o udelenie poverenia na vykonanie exekúcie s odôvodnením, že exekučný titul zaväzuje povinného na plnenie, ktoré je právom nedovolené podľa § 45 ods. 1 písm. c/ a ods. 2 zák. č. 244/2002 Z. z. o rozhodcovskom konaní. Proti tomuto rozhodnutiu podal v zákonnej lehote odvolanie oprávnený, ktorý uviedol, že súd prvého stupňa vec nesprávne právne posúdil, jeho rozhodnutie je nedostatočné a nezrozumiteľné. Preto navrhol, aby odvolací súd napadnuté uznesenie zrušil a vec vrátil súdu prvého stupňa na ďalšie konanie. Podaním na súd prvého stupňa doručeným dňa 20.01.2011 zobral oprávnený svoje odvolanie späť a žiadal odvolacie konanie zastaviť. Podľa § 207 ods. 2 O.s.p. dokiaľ o odvolaní nebolo rozhodnuté, možno ho vziať späť. Ak niekto vzal odvolanie späť, nemôže ho podať znova. Podľa ods. 3, ak sa odvolanie, o ktorom nebolo rozhodnuté, vzalo späť, odvolací súd odvolacie konanie zastaví. Vzhľadom na vyššie uvedené Krajský súd v Bratislave predmetné odvolacie konanie zastavil. O trovách odvolacieho konania odvolací súd rozhodol podľa § 224 ods. 1 a § 146 ods. 1 písm. c) O.s.p.. Toto uznesenie bolo členmi senátu prijaté pomerom hlasov 3 : 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https://www.kauzis.sk/judikatura/r/ECLI:SK:KSBA:2012:1510218571.1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