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2CoZm/28/2011 z 8. 2. 2012</w:t>
      </w:r>
    </w:p>
    <w:p>
      <w:r>
        <w:t>Uznesenie Krajského súdu Bratislava z 8. februára 2012, sp. zn. 2CoZm/28/2011, ECLI:SK:KSBA:2012:1510222190.1</w:t>
      </w:r>
    </w:p>
    <w:p>
      <w:r>
        <w:t>Súd: Krajský súd Bratislava</w:t>
      </w:r>
    </w:p>
    <w:p>
      <w:r>
        <w:t>Spisová značka: 2CoZm/28/2011</w:t>
      </w:r>
    </w:p>
    <w:p>
      <w:r>
        <w:t>ECLI: ECLI:SK:KSBA:2012:1510222190.1</w:t>
      </w:r>
    </w:p>
    <w:p>
      <w:r>
        <w:t>Dátum vydania: 8. 2. 2012</w:t>
      </w:r>
    </w:p>
    <w:p>
      <w:r>
        <w:t>Forma: Uznesenie</w:t>
      </w:r>
    </w:p>
    <w:p>
      <w:r>
        <w:t>Oblasť práva: Obchodné právo</w:t>
      </w:r>
    </w:p>
    <w:p>
      <w:pPr>
        <w:pStyle w:val="Heading2"/>
      </w:pPr>
      <w:r>
        <w:t>Text rozhodnutia</w:t>
      </w:r>
    </w:p>
    <w:p>
      <w:r>
        <w:t>Súd: Krajský súd Bratislava Spisová značka: 2CoZm/28/2011 Identifikačné číslo súdneho spisu: 1510222190 Dátum vydania rozhodnutia: 09. 02. 2012 Meno a priezvisko sudcu, VSÚ: JUDr. Oľga Bahníková ECLI: ECLI:SK:KSBA:2012:1510222190.1 Uznesenie Krajský súd v Bratislave v právnej veci navrhovateľa: Prvá stavebná sporiteľňa, a. s., Bajkalská 30, 929 48 Bratislava, IČO: 31 335 004 proti odporcovi v 1. rade: W. D., nar. XX.XX.XXXX, bytom F. XX, XXX XX F., odporcovi v 2. rade: U. F., nar. XX.XX.XXXX, bytom F. XX, XXX XX F. a odporcovi v 3. rade: A. F., nar. XX.XX.XXXX, bytom F. XX, XXX XX F., o zaplatenie 10.584,75 EUR s príslušenstvom a odmenou 35,28 EUR zo zmenky, na odvolanie odporcov v 1. až 3. rade proti uzneseniu Okresného súdu Bratislava V č. k. 1Zm 616/2010-23 zo dňa 26.04.2011 takto r o z h o d o l : Krajský súd v Bratislave uznesenie Okresného súdu Bratislava V č. k. 1Zm 616/2010-23 zo dňa 26.04.2011 p o t v r d z u j e . o d ô v o d n e n i e : Okresný súd Bratislava V napadnutým uznesením odmietol námietky odporcov v 1. až 3. rade proti zmenkovému platobnému rozkazu č. k. 1Zm 616/2010-14 zo dňa 14.03.2011. V odôvodnení súd uviedol, že napadnutým zmenkovým platobným rozkazu uložil odporcom v 1. až 3. rade povinnosť zaplatiť navrhovateľovi spoločne a nerozdielne zmenkovú sumu vo výške 10.584,75 EUR spolu so 6 % -ným ročným úrokom od 24.09.2010 do zaplatenia, odmenu zo zmenky vo výške 35,28 EUR a náhradu trov konania vo výške 637,- EUR. Odporcovia prevzali zmenkový platobný rozkaz dňa 01.04.2011 a dňa 06.04.2011 podali proti nemu odvolanie, v ktorom namietali nesprávne určenú zmenkovú sumu. Súd z obsahu spisu zistil, že zákonná 3 - dňová lehota na podanie námietok začala plynúť dňa 02.04.2011 a uplynula dňa 04.04.2011. Námietky boli podané osobne na súde až dňa 06.04.2011, t. j. 2 dni po uplynutí zákonnej lehoty. Súd preto s poukazom na § 175 ods. 2 O.s.p. námietky ako oneskorene podané odmietol. Proti uzneseniu podali v zákonnej lehote odvolanie odporcovia v 1. až 3. rade. Uviedli, že nakoľko prevzali rozhodnutie v piatok 01.04.2011 a nebrali do úvahy sobotu a nedeľu, kedy sa na súde nepracuje, tak 3 - dňovú lehotu počítali až od 04.04.2011. Odporcovia opätovne žiadali súd o zrušenie zmenkového platobného rozkazu v plnom rozsahu, nakoľko boli navrhovateľom uvedení do omylu - nesprávna zmenková suma a v ten istý deň 02.08.2010 bola vystavená a doručená od navrhovateľa 2. upomienka s výzvou na úhradu dlžnej sumy a zároveň ďalším listom v ten istý deň odstúpenie od zmluvy. Krajský súd v Bratislave ako súd odvolací prejednal vec podľa § 212 ods. 1 O.s.p. bez nariadenia pojednávania v zmysle § 214 ods. 2 O.s.p. a po preskúmaní obsahu spisu dospel k záveru, že odvolaniu nie je možné vyhovieť. Podľa § 175 ods. 1 O.s.p., ak navrhovateľ predloží v prvopise zmenku alebo šek, o pravosti ktorých niet dôvodu pochybovať, a ďalšie listiny potrebné na uplatnenie práva, súd vydá na jeho návrh zmenkový platobný rozkaz alebo šekový platobný rozkaz, v ktorom odporcovi uloží, aby do troch dní zaplatil požadovanú sumu a uhradil trovy konania alebo aby v tej istej lehote podal námietky, v ktorých musí uviesť všetko, čo proti zmenkovému platobnému rozkazu alebo šekovému platobnému rozkazu zamieta. Podľa § 175 ods. 3 O.s.p., ak odporca nepodá námietky včas alebo ak ich vezme späť, má zmenkový platobný rozkaz alebo šekový platobný rozkaz účinky právoplatného rozsudku. Neskoro podané námietky, námietky, ktoré neobsahujú odôvodnenie, alebo námietky, ktoré nie sú podané oprávnenou osobou súd odmietne. Z citovaných ustanovení jednoznačne vyplýva, že odporca je povinný podať odôvodnené námietky proti zmenovému platobnému rozkazu v lehote do 3 dní od jeho doručenia. Podľa § 57 ods. 1 O.s.p., do plynutia lehoty sa nezapočítava deň, keď došlo ku skutočnosti určujúcej začiatok lehoty.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odovzdaná orgánu, ktorý má povinnosť ho doručiť. V danej veci bol zmenkový platobný rozkaz zo dňa 14.03.2011 č. k. 1Zm 616/2010-14 doručený do vlastných rúk odporcov v 1. až 3. rade dňa 01.04.2011, čoho dôkazom sú doručenky pripojené k prvopisu zmenkového platobného rozkazu. Trojdňová lehota na podanie námietok, o ktorej boli odporcovia riadne poučení vo výroku zmenkového platobného rozkazu, začala plynúť v zmysle § 57 ods. 1 O.s.p. dňom 02.04.2011 (t. j. dňom nasledujúcim po prevzatí zmenkového platobného rozkazu). Začiatok lehoty pripadol na piatok. Keďže zákon v § 175 ods. 1 O.s.p. neustanovuje, že námietky možno podať do 3 pracovných dní, lehota plynula i počas soboty a nedele, a koniec lehoty tak pripadol na deň 04.04.2011, t. j. pondelok. To znamená, že odporcovia mohli podať námietky najneskôr dňa 04.04.2011 v zmysle § 57 ods. 3 O.s.p.. Nakoľko odporcovia podali námietky osobne na súde až dňa 06.04.2011, urobili tak po zákonnej 3 - dňovej lehote a preto súd prvého stupňa rozhodol vecne správne, keď námietky ako oneskorene podané odmietol. Dôvody odvolania odporcov, že nebrali do úvahy sobotu a nedeľu, kedy sa nepracuje na súde, sú právne irelevantné, keďže sa jednalo o zákonnú 3 dňovú lehotu, ktorej začiatok aj koniec pripadol na pracovný deň. Odvolací súd preto napadnuté uznesenie prvostupňového súdu, ktorým námietky odporcov odmietol, podľa § 219 ods. 1, 2 O.s.p. ako vecne správne potvrdil. Uvedené rozhodnutie bolo prijaté v senáte pomerom hlasov 3 za 0 proti. Poučenie: Proti tomuto uzneseniu odvolanie nie je prípustné.</w:t>
      </w:r>
    </w:p>
    <w:p/>
    <w:p>
      <w:r>
        <w:t>Zdroj: KAUZIS.SK – https://www.kauzis.sk/judikatura/r/ECLI:SK:KSBA:2012:1510222190.1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