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2Ncb/12/2012 z 11. 6. 2012</w:t>
      </w:r>
    </w:p>
    <w:p>
      <w:r>
        <w:t>Uznesenie Krajského súdu Bratislava z 11. júna 2012, sp. zn. 2Ncb/12/2012, ECLI:SK:KSBA:2012:1510899885.1</w:t>
      </w:r>
    </w:p>
    <w:p>
      <w:r>
        <w:t>Súd: Krajský súd Bratislava</w:t>
      </w:r>
    </w:p>
    <w:p>
      <w:r>
        <w:t>Spisová značka: 2Ncb/12/2012</w:t>
      </w:r>
    </w:p>
    <w:p>
      <w:r>
        <w:t>ECLI: ECLI:SK:KSBA:2012:1510899885.1</w:t>
      </w:r>
    </w:p>
    <w:p>
      <w:r>
        <w:t>Dátum vydania: 11.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2Ncb/12/2012 Identifikačné číslo súdneho spisu: 1510899885 Dátum vydania rozhodnutia: 12. 06. 2012 Meno a priezvisko sudcu, VSÚ: JUDr. Zita Ilčíková ECLI: ECLI:SK:KSBA:2012:1510899885.1 Uznesenie Krajský súd v Bratislave v právnej veci navrhovateľa: S.. Z. O., nar. XX.XX.XXXX, bytom R. 3, XXX XX D., proti odporcovi: U. C., nar. XX.XX.XXXX, bytom K. XXX/XX, XXX XX A. I., zast.: JUDr. Zsolt Hodosi, Námestie priateľstva 2166/11, 929 01 Dunajská Streda, o zaplatenie 20.000.-Eur s príslušenstvom zo zmenky, a o námietke zaujatosti takto r o z h o d o l : Sudcovia Okresného súdu Bratislava V: K.. K. H., JUDr. U. D., JUDr. W. D., JUDr. A. D., JUDr. K. D., Mgr. X. D., JUDr. K. F., JUDr. X. S., JUDr. U. J., JUDr. R. J., Mgr. K. J., Mgr. O. J., Mgr. U. Q., JUDr. O. K., JUDr. E. K., JUDr. E. K., Mgr. C. K. PhD, JUDr. W. R. PhD, JUDr. J. W., JUDR. C. I., JUDr. A. I., JUDr. E. C., S.. X. C., S.. K. C., S.. W. C., JUDr. J. T., JUDr. S. T., JUDr. C. B. a JUDr. X. L. nie sú vylúčení z prejednávania a rozhodovania vo veci vedenej pred Okresným súdom Bratislava V, pod sp.zn 3CbZm/108/2010. o d ô v o d n e n i e : Podaním zo dňa 05.01.2012 spojeného s odvolaním proti rozsudku Okresného súdu Bratislava V č.k. 3CbZm/108/2010 zo dňa 14.12.2011 vzniesol odporca námietku zaujatosti proti všetkým sudcom Okresného súdu Bratislava V, z dôvodu, že v minulosti bol navrhovateľ činný ako sudca na tomto súde. Blízky pracovný vzťah medzi účastníkom konania a zákonným sudcom, bez ohľadu na jeho trvanie, vylučuje objektívnosť sudcu pri rozhodovaní. O dôvode námietky sa dozvedel pri príprave odvolania vo veci. V súlade s ust. §-u 15 a §-u 16 O.s.p. sa ku vznesenej námietke zaujatosti vyjadrili sudcovia Okresného súdu Bratislava V. Všetci uviedli, že sa vo veci necítia byť zaujatí, účastníkov konania osobne nepoznajú. Podľa §-u 14 ods. 1 O.s.p. sudcovia sú vylúčení z prejednávania a rozhodovania veci, ak so zreteľom na ich pomer k veci, účastníkom alebo k ich zástupcom možno mať pochybnosti o ich nezaujatosti. Vzhľadom k vyjadreniam sudcov Okresného súdu Bratislava V, ako aj ku skutočnosti, že odporca nepreukázal žiaden pomer sudcov Okresného súdu Bratislava V, k veci, účastníkom konania, alebo ich zástupcom, odvolací súd konštatuje, že sudcovia Okresného súdu Bratislava V, nie sú vylúčení z prejednávania a rozhodovania vo veci. Poučenie: Proti tomuto uzneseniu odvolanie nie je prípustné.</w:t>
      </w:r>
    </w:p>
    <w:p/>
    <w:p>
      <w:r>
        <w:t>Zdroj: KAUZIS.SK – https://www.kauzis.sk/judikatura/r/ECLI:SK:KSBA:2012:1510899885.1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