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9Co/180/2012 z 29. 4. 2012</w:t>
      </w:r>
    </w:p>
    <w:p>
      <w:r>
        <w:t>Uznesenie Krajského súdu Bratislava z 29. apríla 2012, sp. zn. 9Co/180/2012, ECLI:SK:KSBA:2012:1511215221.1</w:t>
      </w:r>
    </w:p>
    <w:p>
      <w:r>
        <w:t>Súd: Krajský súd Bratislava</w:t>
      </w:r>
    </w:p>
    <w:p>
      <w:r>
        <w:t>Spisová značka: 9Co/180/2012</w:t>
      </w:r>
    </w:p>
    <w:p>
      <w:r>
        <w:t>ECLI: ECLI:SK:KSBA:2012:1511215221.1</w:t>
      </w:r>
    </w:p>
    <w:p>
      <w:r>
        <w:t>Dátum vydania: 29.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9Co/180/2012 Identifikačné číslo súdneho spisu: 1511215221 Dátum vydania rozhodnutia: 30. 04. 2012 Meno a priezvisko sudcu, VSÚ: JUDr. Roman Huszár ECLI: ECLI:SK:KSBA:2012:1511215221.1 Uznesenie Krajský súd v Bratislave v právnej veci navrhovateľa : P.. M. E., C.X. X, C., proti odporcovi : A. Z. - KORREKT, Agátová 521/52, Veľké Dvorníky, o odstránenie závad a o žiadosti navrhovateľa o oslobodenie od súdnych poplatkov, na odvolanie navrhovateľa proti uzneseniu Okresného súdu Bratislava V č. k. 7C 360/2011-49 zo dňa 16. marca 2012, v pomere hlasov 3 : 0, takto r o z h o d o l : Odvolací súd odvolanie navrhovateľa o d m i e t a. o d ô v o d n e n i e : Napadnutým uznesením súd prvého stupňa v zmysle § 138 ods. 1 O.s.p. nepriznal navrhovateľovi oslobodenie od súdnych poplatkov. V odôvodnení svojho rozhodnutia uviedol, že po vykonanom šetrení a po posúdení tlačiva a dokladov predložených navrhovateľom dospel k záveru, že pomery navrhovateľa neodôvodňujú oslobodenie od súdnych poplatkov a zaplatenie súdneho poplatku za návrh na začatie konania nemôže preto ohroziť existenciu navrhovateľa. Proti tomuto uzneseniu podal odvolanie navrhovateľ na poštovú prepravu dňa 13.04.2012 a žiadal o celkové alebo čiastočné oslobodenie od súdneho poplatku z návrhu. V odvolaní uviedol, že z viacerých v odvolaní bližšie špecifikovaných dôvodov nedisponuje hotovosťou, aby do 14 dní vedel zaplatiť poplatok z návrhu. Mal za to, že vyrubený súdny poplatok 211,50 eur je privysoký. Spolu s odvolaním predložil ako dôkazy : oznámenie o vykonávaných zrážkach z dôchodku 11/2011; lekárske potvrdenie z 18.10.2011; účtenky z lekárne o doplatkoch za lieky; fotografie chatiek a upomienku - predsúdny pokus o zmier. Odvolací súd prejednal vec bez nariadenia pojednávania v zmysle § 212 ods. 1 v spojení s § 214 ods. 2 O.s.p. a dospel k záveru, že odvolanie navrhovateľa je potrebné odmietnuť. Skôr ako odvolací súd pristúpil k vecnému preskúmaniu napadnutého rozhodnutia, zaoberal sa otázkou včasnosti podaného odvolania. Podľa § 204 ods. 1 O.s.p. odvolanie sa podáva do 15 dní od doručenia rozhodnutia na súde, proti rozhodnutiu ktorého smeruje. Ak bolo vydané opravné uznesenie, lehota plynie znovu od doručenia opravného uznesenia len v rozsahu vykonanej opravy. Podľa § 218 ods. 1 písm. a/ O.s.p. odvolací súd odmietne odvolanie, ktoré bolo podané oneskorene. Doklad o doručení zásielky - doručenka vrátená súdu osvedčuje nielen vykonanie doručenia, ale aj čas doručenia. Zo spisu bez akýchkoľvek pochybností vyplýva, že odvolaním napadnuté uznesenie bolo navrhovateľovi v zmysle ust. § 46 ods. 2 O.s.p. doručené dňa 28.03.2012 (doručenka pripojená na č.l. 55 spisu). Pätnásťdňová odvolacia lehota začala odvolateľovi (navrhovateľovi) plynúť dňa 29.03.2012 a jej posledný pätnásty deň pripadol na 12.04.2012 (štvrtok). Ak podal odvolateľ ( navrhovateľ ) odvolanie na poštovú prepravu dňa 13.04.2012, t. j. išlo o odvolanie podané oneskorene, po uplynutí pätnásťdňovej odvolacej lehoty, a preto odvolací súd s poukazom na ust. § 218 ods. 1 písm. a/ O.s.p. odvolanie odporcu odmietol. Poučenie: Toto uznesenie nie je možné napadnúť odvolaním.</w:t>
      </w:r>
    </w:p>
    <w:p/>
    <w:p>
      <w:r>
        <w:t>Zdroj: KAUZIS.SK – https://www.kauzis.sk/judikatura/r/ECLI:SK:KSBA:2012:1511215221.1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