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11Co/33/2012 z 21. 8. 2012</w:t>
      </w:r>
    </w:p>
    <w:p>
      <w:r>
        <w:t>Uznesenie Krajského súdu Bratislava z 21. augusta 2012, sp. zn. 11Co/33/2012, ECLI:SK:KSBA:2012:1511219384.1</w:t>
      </w:r>
    </w:p>
    <w:p>
      <w:r>
        <w:t>Súd: Krajský súd Bratislava</w:t>
      </w:r>
    </w:p>
    <w:p>
      <w:r>
        <w:t>Spisová značka: 11Co/33/2012</w:t>
      </w:r>
    </w:p>
    <w:p>
      <w:r>
        <w:t>ECLI: ECLI:SK:KSBA:2012:1511219384.1</w:t>
      </w:r>
    </w:p>
    <w:p>
      <w:r>
        <w:t>Dátum vydania: 21. 8. 2012</w:t>
      </w:r>
    </w:p>
    <w:p>
      <w:r>
        <w:t>Forma: Uznesenie</w:t>
      </w:r>
    </w:p>
    <w:p>
      <w:r>
        <w:t>Oblasť práva: Občianske právo</w:t>
      </w:r>
    </w:p>
    <w:p>
      <w:pPr>
        <w:pStyle w:val="Heading2"/>
      </w:pPr>
      <w:r>
        <w:t>Text rozhodnutia</w:t>
      </w:r>
    </w:p>
    <w:p>
      <w:r>
        <w:t>Súd: Krajský súd Bratislava Spisová značka: 11Co/33/2012 Identifikačné číslo súdneho spisu: 1511219384 Dátum vydania rozhodnutia: 22. 08. 2012 Meno a priezvisko sudcu, VSÚ: JUDr. Bianka Gelačíková ECLI: ECLI:SK:KSBA:2012:1511219384.1 Uznesenie Krajský súd v Bratislave v právnej veci navrhovateľky: K. K. - K., IČO: XXXXXXXX, so sídlom H. J. XX, G., zastúpenej: JUDr. Jozef Hlaváč, advokát, P.O.BOX X, J. O., proti odporkyni: H. K., rod. S., nar. XX.XX.XXXX, bytom Š. XX, G., zastúpenej: Advokátska kancelária Kuhajda, s.r.o., so sídlom Karadžičova ul.č. 47, Bratislava, IČO: XX XXX XXX, o zaplatenie 1.197,05 euro s príslušenstvom, na odvolanie odporkyne proti uzneseniu Okresného súdu Bratislava V zo dňa 27.04.2012, č.k. 49C/361/2011-42, jednohlasne ( pomerom hlasov 3:0 ), takto r o z h o d o l : Uznesenie súdu prvého stupňa sa v napadnutej časti m e n í tak, že navrhovateľka je povinná zaplatiť odporkyni náhradu trov konania za krátenú časť súdneho poplatku v sume X,XX euro a náhradu trov právneho zastúpenia v sume XX,XX euro, k rukám právneho zástupcu odporkyne, a to do troch dní od právoplatnosti tohto rozhodnutia. Odporkyni sa nepriznáva náhrada trov odvolacieho konania. o d ô v o d n e n i e : Napadnutým uznesením súd prvého stupňa podľa ust. § 96 ods. 1, 2, 3 O.s.p. zastavil konanie o návrhu navrhovateľky na zaplatenie sumy X.XXX,XX euro s príslušenstvom predstavujúcej nedoplatok odporkyne na úhradách do príslušných fondov za obdobie od XX.XX.XXXX do XX.XX.XXXX spojených s užívaním bytu č. XXX v dome na Š. ul. č. XX/XXXX v G. a s použitím § 11 ods. 3, 4, 6 zák. č. 71/1992 Zb. o súdnych poplatkoch v platnom znení rozhodol o vrátení časti súdneho poplatku navrhovateľke a odporkyni v sume po XX,XX euro. Žiadnemu z účastníkov nepriznal právo na náhradu trov konania ( § 146 ods.1 písm. c/ O.s.p.). Proti výroku o trovách konania podala v zákonnej lehote odvolanie odporkyňa namietajúc, že súd prvého stupňa mal pri rozhodovaní o trovách konania použiť ust. § 146 ods. 2 O.s.p. a zohľadniť, že k späťvzatiu návrhu neviedlo správanie odporkyne ( ktorá žalovanú sumu po podaní návrhu odporkyni neuhradila a v odpore namietla opodstatnenosť nároku ), ale zavinením navrhovateľky. V odvolacom návrhu požadovala napadnutý výrok súdu prvého stupňa zmeniť a priznať náhradu trov konania za krátenú časť súdneho poplatku za podaný odpor v sume X,XX euro a náhradu trov právneho zastúpenia v celkovej výške XX,XX euro za jeden úkon právnej služby - príprava a prevzatie zastúpenia vo výške XX,XX euro + 20% DPH v sume XX,XX euro, režijný paušál v sume X,XX euro + 20% DPH v N. X,XX euro . Odvolací súd preskúmal vec podľa § 212 ods.1 O.s.p., bez nariadenia odvolacieho pojednávania ( § 214 ods.2 O.s.p.) a dospel k záveru, že odvolanie odporkyne je dôvodné. Podľa ust. § 146 ods. 1 zák.č. 99/1963 Z.z. v platnom znení ( ďalej „ O.s.p.“) žiaden z účastníkov nemá právo na náhradu trov konania podľa jeho výsledku, ak konanie a) mohlo sa začať i bez návrhu, b) skončilo sa zmierom, pokiaľ v ňom nebolo o náhrade trov dojednané niečo iné, c) bolo zastavené, d) začalo na návrh prokurátora. Podľa ust. § 146 ods. 2 O.s.p. ak niektorý z účastníkov zavinil, že konanie sa muselo zastaviť, je povinný uhradiť jeho trovy. Ak sa však pre správanie odporcu vzal späť návrh, ktorý bol podaný dôvodne, je povinný uhradiť trovy konania odporca. Podľa hore citovaných zákonných ustanovení, ak súd zastavuje konanie ( napr. z dôvodu späťvzatia návrhu, pre nedostatok podmienok konania, pre nezaplatenie súdneho poplatku ) zaoberá sa pri rozhodovaní o náhrade trov konania najprv tým, či niektorý z účastníkov zavinil, že konanie muselo byť zastavené. V prípadoch, v ktorých bolo zastavenie konania zavinené účastníkom, súd prizná ostatným účastníkom ( druhej strane ) náhradu trov konania, ktoré účelne vynaložili na uplatňovanie alebo bránenie svojho práva. Iba v prípade, ak nie je dôvod k postupu podľa ust. § 146 ods. 2 O.s.p. platí, že žiaden z účastníkov nemá právo na náhradu trov konania, ktoré bolo zastavené. 11Co 33/2012-55 Nárok na náhradu trov konania v prípadoch, ak súd rozhoduje o trovách konania podľa ust. § 146 ods.2 vety prvej O.s.p. je nárokom majúcim oporu v ustanoveniach procesného a nie hmotného práva. O otázke, či účastník zavinil zastavenie konania, je preto možné uvažovať len z procesného hľadiska a posudzovať ho len podľa procesného výsledku. Z procesného hľadiska je navrhovateľovým zavinením i prípad, kedy tento zoberie návrh na začatie konania bez toho, aby mu odporca plnil požadované peňažné plnenie. Podstatným kritériom pri priznávaní náhrady trov konania podľa ust. § 146 ods. 2 O.s.p.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posudzovanom prípade súd prvého stupňa pri rozhodovaní o trovách konania nepoužil správne ustanovenie procesného predpisu, keď neprihliadol na procesné zavinenie navrhovateľky spočívajúce v späťvzatí návrhu a o trovách konania bez skúmania podmienok ust. § 146 ods. 2 O.s.p. rozhodol podľa § 146 ods.1 písm. c/ O.s.p.. Na základe uvedeného odvolací súd rozhodnutie súdu prvého stupňa v časti napadnutej odvolaním podľa § 220 O.s.p. zmenil a o trovách konania rozhodol podľa § 146 ods. 2 O.s.p. s prihliadnutím na procesné zavinenie navrhovateľky, ktorá zobrala návrh na začatie konania úkonom doručeným súdu dňa XX.X.XXXX bez toho, aby jej odporkyňa požadované peňažné plnenie uhradila. Odporkyni priznal právo na náhradu trov konania v sume X,XX euro za krátenú časť súdneho poplatku vyrubeného jej súdom za odpor podaný proti platobnému rozkazu zo dňa 28.11.2011, č.k. 28Ro/1222/2011-26 a na náhradu trov právneho zastúpenia v celkovej výške XX,XX euro priznanú podľa § 10 ods. 1, § 14 ods. 1 písm. a/, § 15, § 18 ods. 3 vyhl.č. 655/2004 Z.z. v platnom znení za jeden úkon právnej služby - príprava a prevzatie zastúpenia vo výške XX,XX euro + 20% DPH v sume XX,XX euro, režijný paušál v sume X,XX euro + 20% DPH v sume X,XX euro. Odvolací súd pre úplnosť rozhodnutia poznamenáva, že odporkyňa súdu prvého stupňa oznámila prevzatie právneho zastúpenia a zároveň doložila písomné plnomocenstvo udelené Advokátskej kancelárii H., N..V..Q.. v podaní doručenom konajúcemu súdu dňa 26.1.2012. O trovách odvolacieho konania rozhodol podľa ust. § 224 ods. 1 v spojení s ust. § 151 ods. 1 O.s.p., keďže odporkyňa si právo na náhradu trov odvolacieho konania neuplatnila a iné trovy odvolacieho konania okrem trov právneho zastúpenia jej z obsahu spisu ani nevyplývajú. Poučenie: Proti tomuto uzneseniu odvolanie nie je prípustné.</w:t>
      </w:r>
    </w:p>
    <w:p/>
    <w:p>
      <w:r>
        <w:t>Zdroj: KAUZIS.SK – https://www.kauzis.sk/judikatura/r/ECLI:SK:KSBA:2012:1511219384.1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