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1Cob/111/2012 z 19. 7. 2012</w:t>
      </w:r>
    </w:p>
    <w:p>
      <w:r>
        <w:t>Uznesenie Krajského súdu Bratislava z 19. júla 2012, sp. zn. 1Cob/111/2012, ECLI:SK:KSBA:2012:1511225498.1</w:t>
      </w:r>
    </w:p>
    <w:p>
      <w:r>
        <w:t>Súd: Krajský súd Bratislava</w:t>
      </w:r>
    </w:p>
    <w:p>
      <w:r>
        <w:t>Spisová značka: 1Cob/111/2012</w:t>
      </w:r>
    </w:p>
    <w:p>
      <w:r>
        <w:t>ECLI: ECLI:SK:KSBA:2012:1511225498.1</w:t>
      </w:r>
    </w:p>
    <w:p>
      <w:r>
        <w:t>Dátum vydania: 19. 7.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1Cob/111/2012 Identifikačné číslo súdneho spisu: 1511225498 Dátum vydania rozhodnutia: 20. 07. 2012 Meno a priezvisko sudcu, VSÚ: JUDr. Danica Michalková ECLI: ECLI:SK:KSBA:2012:1511225498.1 Uznesenie Krajský súd v Bratislave v právnej veci navrhovateľa: Detská fakultná nemocnica s poliklinikou Bratislava, Limbová 1, 833 40 Bratislava, IČO: 00607231, zastúpený: JUDr. Júlia Gombošová, advokátka, Líščie nivy 23, 821 08 Bratislava, proti odporcovi: DÔVERA zdravotná poisťovňa, a. s., Einsteinova 25, 851 01 Bratislava, IČO: 35942436, o zaplatenie 29.696,52 Eur s príslušenstvom, o odvolaní odporcu proti uzneseniu Okresného súdu Bratislava V zo dňa 10. 02. 2012 č. k. 21Cb/5/2012-89 takto r o z h o d o l : Odvolací súd napadnuté uznesenie súdu prvého stupňa z r u š u j e . o d ô v o d n e n i e : Napadnutým uznesením súd prvého stupňa uložil odporcovi, aby v lehote 10 dní od doručenia uznesenia zaplatil súdny poplatok vo výške 1.781,50 Eur za podaný odpor voči platobnému rozkazu č. l. 46. Proti tomuto uzneseniu podal v zákonnej lehote odvolanie odporca poukazujúc na ust. § 4 ods. 1 písm. c) zákona č. 71/1992 Zb. o súdnych poplatkoch a poplatku za výpis z registra trestov v znení neskorších predpisov (ďalej len „ZoSP“), pričom tvrdil, že predmetné konanie je v zmysle uvedeného zákonného ustanovenia vecne oslobodené od súdneho poplatku a odporca je oslobodený od povinnosti zaplatiť súdny poplatok za podaný odpor. Podľa jeho názoru z tohto zákonného ustanovenia vyplýva oslobodenie konania vo veciach poskytovania zdravotnej starostlivosti od povinnosti zaplatiť súdny poplatok, pričom v prípade vecného oslobodenia od poplatku, ktoré vyplýva priamo zo zákona, je právne významné vecné vymedzenie súdneho konania, t. j. predmetu konania. Ďalej uviedol, že súdy v rámci svojej rozhodovacej činnosti dospeli k záveru, že konania, predmetom ktorých sú nároky vzniknuté pri výkone zdravotnej starostlivosti, sú konaniami vo veciach poskytovania zdravotnej starostlivosti a dopadá na nich ustanovenie § 4 ods. 1 písm. c) ZoSP. Tieto konania sú vecne od súdnych poplatkov oslobodené. Krajský súd ako súd odvolací (§ 10 ods. 1 O.s.p.) preskúmal uznesenie súdu prvého stupňa podľa § 212 ods. 1 O.s.p., prejednal odvolanie odporcu podľa ust. § 214 ods. 2 O.s.p. bez nariadenia odvolacieho pojednávania a dospel k záveru, že odvolanie odporcu je dôvodné a uznesenie súdu prvého stupňa je potrebné zrušiť. Podľa ust. § 4 ods. 1 písm. c) ZoSP, od poplatku je oslobodené súdne konanie vo veci zdravotného poistenia, sociálneho zabezpečenia vrátane nemocenského poistenia, dôchodkového zabezpečenia, štátnych sociálnych dávok, sociálnej pomoci a poistenia v nezamestnanosti, aktívnej politiky trhu práce a garančného fondu a poskytovania zdravotnej starostlivosti. Vo všeobecnosti pod konaním vo veciach zdravotného poistenia a poskytovania zdravotnej starostlivosti možno rozumieť konanie, predmetom ktorého sú nároky vyplývajúce z právnych vzťahov upravovaných právnymi predpismi o zdravotnom poistení a poskytovaní zdravotnej starostlivosti. Nakoľko ust. § 4 ods. 1 písm. d) ZoSP sa vzťahuje na vecné oslobodenie od súdnych poplatkov, t. j. na konanie ako také, a nie na osobné oslobodenie od súdnych poplatkov (ods. 2 citovaného ustanovenia), podľa názoru odvolacieho súdu charakter pohľadávky, teda uplatnený nárok vzniknutý z dôvodu poskytovanej zdravotnej starostlivosti a konanie o ňom je oslobodené od súdnych poplatkov. Vzhľadom k tomu, že predmetom konania je pohľadávka, ktorú má navrhovateľ ako poskytovateľ zdravotnej starostlivosti voči odporcovi z neuhradenej faktúry za výkony zdravotnej starostlivosti poskytnuté poistencom odporcu za mesiac jún 2011, jedná sa o konanie, ktoré je vecne oslobodené od platenia súdnych poplatkov, tak ako to má na mysli ust. § 4 ods. 1 písm. c) ZoSP. Z uvedených dôvodov súd prvého stupňa nepostupoval správne, pokiaľ odporcovi uložil povinnosť zaplatiť súdny poplatok za podaný odpor voči platobnému rozkazu. V danom prípade je odporca oslobodený od platenia súdnych poplatkov priamo zo zákona s poukazom na ust. § 4 ods. 1 písm. c) ZoSP. Na základe uvedeného odvolací súd v súlade s § 221 ods. 1 písm. i) O.s.p. rozhodol tak, ako je uvedené vo výroku tohto uznesenia a napadnuté uznesenie zrušil.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https://www.kauzis.sk/judikatura/r/ECLI:SK:KSBA:2012:1511225498.1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