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3CoZm/25/2012 z 30. 10. 2012</w:t>
      </w:r>
    </w:p>
    <w:p>
      <w:r>
        <w:t>Uznesenie Krajského súdu Bratislava z 30. októbra 2012, sp. zn. 3CoZm/25/2012, ECLI:SK:KSBA:2012:1511227749.1</w:t>
      </w:r>
    </w:p>
    <w:p>
      <w:r>
        <w:t>Súd: Krajský súd Bratislava</w:t>
      </w:r>
    </w:p>
    <w:p>
      <w:r>
        <w:t>Spisová značka: 3CoZm/25/2012</w:t>
      </w:r>
    </w:p>
    <w:p>
      <w:r>
        <w:t>ECLI: ECLI:SK:KSBA:2012:1511227749.1</w:t>
      </w:r>
    </w:p>
    <w:p>
      <w:r>
        <w:t>Dátum vydania: 30.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3CoZm/25/2012 Identifikačné číslo súdneho spisu: 1511227749 Dátum vydania rozhodnutia: 31. 10. 2012 Meno a priezvisko sudcu, VSÚ: JUDr. Elena Ondrišová ECLI: ECLI:SK:KSBA:2012:1511227749.1 Uznesenie Krajský súd v Bratislave v právnej veci žalobkyne H.. Q. O., K.. XX.X.XXXX, O. Ľ. XX, O., práv. zast. JUDr. Petrom Hríbom, advokátom, Metodova 7, Bratislava, proti žalovanému ARTREST, s.r.o., Oravská 4, Bratislava, IČO: 45 285 373, o návrhu žalovaného na obnovu konania sp. zn. 3Zm 200/11 a o odvolaniach žalobkyne proti uzneseniam Okresného súdu Bratislava V v Bratislave č.k. 1CbZm 102/11-50 a 1CbZm 102/11-51, obe zo dňa 2.4.2012, jednohlasne takto r o z h o d o l : Krajský súd v Bratislave uznesenia Okresného súdu Bratislava V v Bratislave č.k. 1CbZm 102/11-50 a 1CbZm 102/11-51, obe zo dňa 2.4.2012 potvrdzuje. o d ô v o d n e n i e : Napadnutým uznesením č.k. 1CbZm 102/11-50 súd prvého stupňa konanie nezastavil. V odôvodnení uviedol, že návrh na obnovu konania bol súdu doručený 28.12.2011 žalovaným, ktorý podpísala konateľka a spoločníčka B. O., ktorá v ňom uviedla, že návrh na vydanie zmenkového platobného rozkazu podala žalobkyňa H.. Q. O., ktorá je tiež spoločníčkou a konateľkou žalovaného. V konaní bol vydaný zmenkový platobný rozkaz, ktorý žalovaný neprevzal, ale prevzala ho za neho žalobkyňa. Po jeho právoplatnosti podala návrh na vykonanie exekúcie a tiež za povinného prevzala upovedomenie o vykonaní exekúcie. Spoločnosť žalovaného sa o vydaní zmenkového platobného rozkazu a začatí exekúcie dozvedela len náhodne a po nahliadnutí do spisu zistila, že podpis na zmenke, ktorý má patriť druhej konateľke O. je sfalšovaný. Žalobkyňa sa k návrhu nevyjadrila, ale súd upozornila, že za spoločnosť nemôže druhá konateľka konať samostatne a podaním zo dňa 30.3.2012 vzala návrh na obnovu konania späť. Súd posúdil konanie žalobkyne ako protichodné s konaním žalovaného a s poukazom na ust. § 21 ods. 3 O.s.p. návrhu žalobkyne nevyhovel. Proti uzneseniu podala odvolanie žalobkyňa a navrhla ho zrušiť a vec vrátiť na ďalšie konanie. Odvolanie odôvodnila tým, že súd prvého stupňa vec nesprávne právne posúdil s ohľadom na to, že podľa jej názoru žalovaný v tomto konaní nemá procesnú spôsobilosť a nie je ani riadne zastúpený. Opätovne poukázala na skutočnosť, že v mene spoločnosti žalovaného konajú a podpisujú obe konateľky spoločne a nerozdielne, pričom návrh na obnovu konania podpísala iba jedna konateľka, čo je neprípustné. Napadnutým uznesením č.k. 1CbZm 102/11-51 súd prvého stupňa nariadil odklad vykonateľnosti zmenkového platobného rozkazu č.k. 3Zm 200/11-26 zo dňa 14.6.2011. Rozhodol tak podľa § 233 O.s.p. s odôvodnením, že vzhľadom na okolnosti veci je pravdepodobné, že súd návrhu na obnovu konania vyhovie. Proti uzneseniu podala odvolanie žalobkyňa a i toto rozhodnutie navrhla zrušiť a vec vrátiť súdu prvého stupňa na ďalšie konanie v podstate z tých istých dôvodov, ako uviedla v odvolaní proti predošlému uzneseniu. Krajský súd v Bratislave prejednal odvolania podľa § 212 ods. 1 O.s.p. bez nariadenia pojednávania podľa § 214 ods. 2 písm. c/ O.s.p. a dospel k záveru, že napadnuté uznesenia sú vecne správne, a preto ich podľa § 219 ods. 1 O.s.p. potvrdil. Podľa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k prejednávanej veci dodáva, že i keď podľa výpisu z obchodného registra za žalovaného konajú dve konateľky spoločne a nerozdielne, nie je možné, aby v prípade, keď spoločnosť žaluje jedna z konateliek, aby spoločnosť nemohla bez jej súhlasu konať. V danom konaní je špecifická situácia, ktorú zákonodarca vyriešil v ust. § 21 ods. 3 O.s.p., čo pre danú situáciu znamená, že žalobkyňa v predmetných konaniach nemôže konať za žalovaného, hoci je jeho štatutárnym orgánom, pretože jej záujmy sú v rozpore so záujmami právnickej osoby. Preto i ňou prevzatý zmenkový platobný rozkaz a upovedomenie o začatí exekúcie boli neúčinné. Poučenie: Proti tomuto uzneseniu odvolanie nie je prípustné.</w:t>
      </w:r>
    </w:p>
    <w:p/>
    <w:p>
      <w:r>
        <w:t>Zdroj: KAUZIS.SK – https://www.kauzis.sk/judikatura/r/ECLI:SK:KSBA:2012:1511227749.1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