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2Cob/303/2012 z 15. 8. 2012</w:t>
      </w:r>
    </w:p>
    <w:p>
      <w:r>
        <w:t>Uznesenie Krajského súdu Bratislava z 15. augusta 2012, sp. zn. 2Cob/303/2012, ECLI:SK:KSBA:2012:1512200788.1</w:t>
      </w:r>
    </w:p>
    <w:p>
      <w:r>
        <w:t>Súd: Krajský súd Bratislava</w:t>
      </w:r>
    </w:p>
    <w:p>
      <w:r>
        <w:t>Spisová značka: 2Cob/303/2012</w:t>
      </w:r>
    </w:p>
    <w:p>
      <w:r>
        <w:t>ECLI: ECLI:SK:KSBA:2012:1512200788.1</w:t>
      </w:r>
    </w:p>
    <w:p>
      <w:r>
        <w:t>Dátum vydania: 15. 8.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2Cob/303/2012 Identifikačné číslo súdneho spisu: 1512200788 Dátum vydania rozhodnutia: 16. 08. 2012 Meno a priezvisko sudcu, VSÚ: JUDr. Zita Ilčíková ECLI: ECLI:SK:KSBA:2012:1512200788.1 Uznesenie Krajský súd v Bratislave v právnej veci navrhovateľa: Azet.sk., a.s., Murgašova 2/243, 010 01 Žilina, IČO: 36 023 523, zast.: Vojčík &amp; Partners, s.r.o., Rázusova 28, 040 01 Košice, proti odporcovi: Digital Virgo, s. r. o., Šustekova 51, 851 04 Bratislava, IČO: 35 806 915, zast.: JUDr. Dalibor Kiselica, A.K., Nám. M. Benku 12, 811 07 Bratislava, o zaplatenie 98.582,22 Eur s príslušenstvom, o odvolaní odporcu proti uzneseniu Okresného súdu Bratislava V č.k. 21Cb/50/2012-130 zo dňa 19.06.2012 takto r o z h o d o l : Krajský súd v Bratislave uznesenie Okresného súdu Bratislava V č.k. 21Cb/50/2012-130 zo dňa 19.06.2012 v napadnutej časti p o t v r d z u j e, v časti pripustenej zmeny petitu odvolania o d m i e t a. o d ô v o d n e n i e : Napadnutým uznesením súd prvého stupňa konanie v časti o zaplatenie sumy 5.027,48 Eur s príslušenstvom zastavil. Zároveň pripustil zmenu petitu v znení podania zo dňa 28.05.2012. O čiastočnom zastavení konania rozhodol podľa § 96 ods. 1 O.s.p., v dôsledku späťvzatia návrhu. Proti tomuto uzneseniu podal odvolanie odporca v zákonom stanovenej lehote. V odvolaní poukázal na dôvody uvedené v odpore proti vydanému platobnému rozkazu. Pokiaľ sa týka pripustenia zmeny petitu, v tejto časti odvolanie nie je prípustné, preto v zmysle § 218 ods. 1 písm. c) O.s.p. bolo odvolanie odmietnuté. Odvolanie sa teda mohlo týkať iba výrokovej časti, v ktorej súd prvého stupňa konanie vo veci čiastočne zastavil. Odvolací súd zistil, že súd prvého stupňa osobitne odporcu nevyzýval, aby sa vyjadril k čiastočnému späťvzatiu žaloby. Podanie odporcu nazvané odvolanie, považoval odvolací súd za vyjadrenie nesúhlasu odporcu s čiastočným späťvzatím žaloby. Podľa § 96 ods. 1, 2, O.s.p. navrhovateľ môže vziať za konania späť návrh na jeho začatie a to sčasti, alebo celkom. Ak je návrh vzatý späť, súd konanie zastaví. Ak je návrh vzatý späť sčasti, súd konanie v tejto časti zastaví. Súd konanie nezastaví, ak odporca so späťvzatím návrhu z vážnych dôvodov nesúhlasí, v takom prípade súd po právoplatnosti uznesenia pokračuje v konaní. Odporca neuviedol žiadne vážne dôvody, pre ktoré by prichádzalo do úvahy nezastavenie konania v späťvzatej časti uplatneného nároku navrhovateľa. Odvolací súd preto uznesenie súdu prvého stupňa podľa § 219 ods. 1, 2, v napadnutej časti potvrdil. Poučenie: Proti tomuto uzneseniu odvolanie nie je prípustné.</w:t>
      </w:r>
    </w:p>
    <w:p/>
    <w:p>
      <w:r>
        <w:t>Zdroj: KAUZIS.SK – https://www.kauzis.sk/judikatura/r/ECLI:SK:KSBA:2012:1512200788.1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