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5Co/665/2012 z 27. 12. 2012</w:t>
      </w:r>
    </w:p>
    <w:p>
      <w:r>
        <w:t>Uznesenie Krajského súdu Bratislava z 27. decembra 2012, sp. zn. 5Co/665/2012, ECLI:SK:KSBA:2012:1512223814.2</w:t>
      </w:r>
    </w:p>
    <w:p>
      <w:r>
        <w:t>Súd: Krajský súd Bratislava</w:t>
      </w:r>
    </w:p>
    <w:p>
      <w:r>
        <w:t>Spisová značka: 5Co/665/2012</w:t>
      </w:r>
    </w:p>
    <w:p>
      <w:r>
        <w:t>ECLI: ECLI:SK:KSBA:2012:1512223814.2</w:t>
      </w:r>
    </w:p>
    <w:p>
      <w:r>
        <w:t>Dátum vydania: 27. 12. 2012</w:t>
      </w:r>
    </w:p>
    <w:p>
      <w:r>
        <w:t>Forma: Uznesenie</w:t>
      </w:r>
    </w:p>
    <w:p>
      <w:pPr>
        <w:pStyle w:val="Heading2"/>
      </w:pPr>
      <w:r>
        <w:t>Text rozhodnutia</w:t>
      </w:r>
    </w:p>
    <w:p>
      <w:r>
        <w:t>Súd: Krajský súd Bratislava Spisová značka: 5Co/665/2012 Identifikačné číslo súdneho spisu: 1512223814 Dátum vydania rozhodnutia: 28. 12. 2012 Meno a priezvisko sudcu, VSÚ: JUDr. Juraj Považan ECLI: ECLI:SK:KSBA:2012:1512223814.2 Uznesenie Krajský súd v Bratislave v právnej veci navrhovateľa : POHOTOVOSŤ, s.r.o., so sídlom v Bratislave, Pribinova č. 25, zast. Fridrich Paľko, s.r.o., so sídlom v Bratislave, Grösslingova č. 4, proti odporcovi : Slovenská republika - Ministerstvo spravodlivosti Slovenskej republiky, Bratislava, Župné námestie č. 13, o náhradu škody a nemajetkovej ujmy, na odvolanie navrhovateľa proti uzneseniu Okresného súdu Bratislava V zo dňa 14. novembra 2012 č. k. 6C 160/2012-16 takto r o z h o d o l : Odvolací súd odvolanie navrhovateľa o d m i e t a . o d ô v o d n e n i e : Napadnutým uznesením súd prvého stupňa uložil navrhovateľovi povinnosť, aby v lehote 3 dní od jeho doručenia zaplatil súdny poplatok za vznesenie námietky zaujatosti účastníkom konania vo výške 66,- €, vyrubený podľa položky 17a Sadzobníka súdnych poplatkov, tvoriaceho prílohu zákona č. 71/1992 Zb. o súdnych poplatkoch. Proti tomuto uzneseniu podal odvolanie navrhovateľ. Odvolací súd skôr ako pristúpil k vecnému prejednaniu odvolania zaoberal sa včasnosťou jeho podania. Podľa § 204 ods. 1 O.s.p. odvolanie sa podáva do 15 dní od doručenia rozhodnutia na súde, proti rozhodnutiu ktorého smeruje. Ak bolo vydané opravné uznesenie, lehota plynie znovu od doručenia opravného uznesenia len v rozsahu vykonanej opravy. Podľa § 57 ods. 1, 3 O.s.p. do plynutia lehoty sa nezapočítava deň, keď došlo ku skutočnosti určujúcej začiatok lehoty. Lehota je zachovaná, ak sa posledný deň lehoty urobí úkon na súde alebo podanie odovzdá orgánu, ktorý má povinnosť ho doručiť. - 2 - Z obsahu spisu je zrejmé, že napadnuté uznesenie bolo zástupcovi navrhovateľa (§ 49 ods. 1 O.s.p.) doručené do vlastných rúk dňa 21. novembra 2012, ako to vyplýva z dokladu o doručení písomnosti (doručenky) na č.l. 18 spisu (§ 45 ods. 2 O.s.p.). Keďže odvolanie navrhovateľa bolo podané osobne na súde prvého stupňa dňa 10. decembra 2012, pričom zákonná lehota na podanie odvolania navrhovateľovi márne uplynula 6. decembra 2012 (štvrtok, riadny pracovný deň), neostalo odvolaciemu súdu než odvolanie podľa § 218 ods. 1 písm. a/ O.s.p. ako oneskorene podané odmietnuť. Poučenie: Toto uznesenie nemožno napadnúť odvolaním.</w:t>
      </w:r>
    </w:p>
    <w:p/>
    <w:p>
      <w:r>
        <w:t>Zdroj: KAUZIS.SK – https://www.kauzis.sk/judikatura/r/ECLI:SK:KSBA:2012:1512223814.2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