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2To/173/2011 z 11. 4. 2012</w:t>
      </w:r>
    </w:p>
    <w:p>
      <w:r>
        <w:t>Uznesenie Krajského súdu Bratislava z 11. apríla 2012, sp. zn. 2To/173/2011, ECLI:SK:KSBA:2012:1609010233.1</w:t>
      </w:r>
    </w:p>
    <w:p>
      <w:r>
        <w:t>Súd: Krajský súd Bratislava</w:t>
      </w:r>
    </w:p>
    <w:p>
      <w:r>
        <w:t>Spisová značka: 2To/173/2011</w:t>
      </w:r>
    </w:p>
    <w:p>
      <w:r>
        <w:t>ECLI: ECLI:SK:KSBA:2012:1609010233.1</w:t>
      </w:r>
    </w:p>
    <w:p>
      <w:r>
        <w:t>Dátum vydania: 11. 4.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2To/173/2011 Identifikačné číslo súdneho spisu: 1609010233 Dátum vydania rozhodnutia: 12. 04. 2012 Meno a priezvisko sudcu, VSÚ: JUDr. Jaroslav Mikuš ECLI: ECLI:SK:KSBA:2012:1609010233.1 Uznesenie Krajský súd v Bratislave predsedom senátu JUDr. Jaroslavom Mikušom, na verejnom zasadnutí konanom dňa 12. apríla 2012 takto r o z h o d o l : Podľa § 312 ods. 4 Tr. por. predseda senátu odvolacieho súdu berie na vedomie späťvzatie odvolania obžalovaným V. Z., nar. XX.XX.XXXX. o d ô v o d n e n i e : Napadnutým rozsudkom bol obžalovaný uznaný vinným zo zločinu lúpeže podľa § 188 ods. 1, ods. 2 písm. c/ Tr. zák. a iné, na tom skutkovom základe ako je to v rozsudku uvedené. Bol mu za to uložený úhrnný a súhrnný trest odňatia slobody vo výmere 7 rokov so zaradením pre výkon trestu do ústavu na výkon trestu s minimálnym stupňom stráženia. Zároveň súd zrušil trestný rozkaz Okresného súdu Malacky sp. zn. 0T 1/2009 zo dňa 26.06.2009 vo výroku o treste. Obžalovanému bol ďalej uložený trest prepadnutia rozkladacieho noža s hnedou rúčkou a bola mu uložená povinnosť nahradiť poškodenej organizácii H. V. M. škodu vo výške 516,83 €. Proti tomuto rozsudku podal včas odvolanie obžalovaný V. Z.. Písomným podaním predloženým súdu obhajkyňou obžalovaného, obžalovaný výslovne prehlásil, že podané odvolanie berie späť. Predseda senátu odvolacieho súdu v zmysle ustanovenia § 312 ods. 4 Tr. por. vzal na vedomie späťvzatie tohto odvolania, lebo takémuto postupu nebránili žiadne okolnosti. Poučenie: Proti tomuto uzneseniu nie je prípustný ďalší riadny opravný prostriedok.</w:t>
      </w:r>
    </w:p>
    <w:p/>
    <w:p>
      <w:r>
        <w:t>Zdroj: KAUZIS.SK – https://www.kauzis.sk/judikatura/r/ECLI:SK:KSBA:2012:1609010233.1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