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4Co/118/2012 z 29. 4. 2012</w:t>
      </w:r>
    </w:p>
    <w:p>
      <w:r>
        <w:t>Uznesenie Krajského súdu Bratislava z 29. apríla 2012, sp. zn. 4Co/118/2012, ECLI:SK:KSBA:2012:1611204648.1</w:t>
      </w:r>
    </w:p>
    <w:p>
      <w:r>
        <w:t>Súd: Krajský súd Bratislava</w:t>
      </w:r>
    </w:p>
    <w:p>
      <w:r>
        <w:t>Spisová značka: 4Co/118/2012</w:t>
      </w:r>
    </w:p>
    <w:p>
      <w:r>
        <w:t>ECLI: ECLI:SK:KSBA:2012:1611204648.1</w:t>
      </w:r>
    </w:p>
    <w:p>
      <w:r>
        <w:t>Dátum vydania: 29.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4Co/118/2012 Identifikačné číslo súdneho spisu: 1611204648 Dátum vydania rozhodnutia: 30. 04. 2012 Meno a priezvisko sudcu, VSÚ: JUDr. Valéria Kleinová ECLI: ECLI:SK:KSBA:2012:1611204648.1 Uznesenie Krajský súd v Bratislave v právnej veci navrhovateľa: Q. D., D..O..M.., IČO: XX XXX XXX, K. Y. X, B., zast. JUDr. Alexandrom Filom, advokátom, Dr. Herza 12, Lučenec, proti odporkyniam: 1/ N. T., bytom X. XXX, E. B., 2/ W. M., bytom E. B. XX, 3/ J. G., bytom J. XXX, 4/ I. T., bytom X. XXX, E. B., 5/ C. D., bytom D. XXX, E. B., 6/ D. K., E. B. XXX, o zaplatenie 15.396,24 eur s príslušenstvom, na odvolanie odporkyne 1/ proti uzneseniu Okresného súdu v Malackách zo 17. januára 2012 č.k. 16Ro 845/2011-92, takto r o z h o d o l : Odvolací súd napadnuté uznesenie súdu prvého stupňa m e n í tak, že odporkyňa 1/ je povinná zaplatiť za podaný odpor súdny poplatok 429,- eur. o d ô v o d n e n i e : Napadnutým uznesením súd prvého stupňa uložil odporkyni 1/, aby v lehote 15 dní od doručenia tohto uznesenie zaplatila za podaný odpor proti platobnému príkazu súdny poplatok 923,50 eur podľa pol. 1,2 Sadzobníka súdnych poplatkov. Proti tomuto uzneseniu odporkyňa 1/ podala včas odvolanie, v ktorom namietala výšku vyrubeného poplatku a žiadala o povolenie zaplatiť poplatok v splátkach, pretože už dlhšiu dobu je vo veľmi zlej finančnej situácii. Odvolací súd prejednal odvolanie podľa ustanovenia § 212 ods. 1 O.s.p. bez nariadenia pojednávania (§ 214 ods. 2 O.s.p.) a dospel k záveru, že odvolanie odporkyne 1/ je dôvodné. Podľa ustanovenia § 5 ods. 1 písm. a/ zák. č. 71/1992 Zb. o súdnych poplatkoch a poplatku za výpis z registra trestov v znení neskorších predpisov (ďalej len „zák. o súdnych poplatkoch“) poplatková povinnosť vzniká podaním návrhu, odvolania a dovolania alebo žiadosti na vykonanie poplatkového úkonu, ak je poplatníkom navrhovateľ, odvolateľ a dovolateľ. Podľa ustanovenia § 7 ods. 1 tohto zákona, základom poplatku pri percentuálnej sadzbe poplatku je cena predmetu poplatkového úkonu. Sadzobník súdnych poplatkov, ktorý je prílohou zák. o súdnych poplatkoch, v položke 1 písm. a/, v spojení s poznámkou k tejto položke, jej bodu 5, stanovuje, že za odpor proti platobnému rozkazu sa platí súdny poplatok 6% z ceny predmetu konania alebo hodnoty predmetu sporu, najmenej 16,50 eur. V danom prípade súd prvého stupňa 27.10.2011 pod č.k. 16 Ro 845/2011-82 vydal platobný rozkaz, ktorým odporkyni 1/ uložil zaplatiť navrhovateľovi 7.150,32 eur, spolu s úrokom z omeškania a náhradou trov konania do 15 dní od doručenia tohto rozhodnutia alebo aby v tej istej lehote podala odpor. Odporkyňa 1/ proti platobnému rozkazu podala včas odpor s odôvodnením vo veci samej. Podaním odporu odporkyni 1/ vznikla povinnosť zaplatiť súdny poplatok za odpor. Keďže odporkyňa 1/ spolu s podaním odporu nezaplatila súdny poplatok, súd prvého stupňa správne vydal napadnuté uznesenie, ktorým jej túto poplatkovú povinnosť uložil. Pochybil sa však pri jeho výpočte. Navrhovateľ vo veci žiada uložiť odporkyniam 1/ až 6/ povinnosť zaplatiť mu spolu 15 396,24 Eur, ktoré majú v spore samostatné procesné postavenie, čo znamená, že každá koná za seba a len v časti, ktorá je uplatnená proti nej. Navrhovateľ od každej z odporkýň požaduje inú sumu podľa rozsahu ich zodpovednosti za schodok na zverených hodnotách, od odporkyne 1/ žiada náhradu 7.150,32 eur. Z tohto vyplýva, že predmetom konania navrhovateľa proti odporkyni 1/ je náhrada schodku 7.150,32 eur a táto suma je podľa ustanovenia § 7 ods. 1 zák. o súdnych poplatkoch základom pre určenie výšky súdneho poplatku. V položke 1 písm. a/ Sadzobníka súdnych poplatkov je pre osobu, ktorá podala odpor proti platobnému rozkazu stanovená povinnosť zaplatiť súdny poplatok 6%, v prípade odporkyne 1/ je to 429,- eur (1% zo sumy 7.150,- = 71,50 x 6 % = 429,- Eur). Z uvedeného dôvodu odvolací súd napadnuté uznesenie súdu prvého stupňa podľa § ustanovenia § 220 O.s.p. zmenil a odporkyni 1/ uložil povinnosť zaplatiť súdny poplatok za odpor len vo výške 429,- eur. K žiadosti odporkyne 1/, aby jej bolo povolené zaplatiť súdny poplatok v splátkach odvolací súd uvádza, že úprava platenia súdnych poplatkov v § 8 zák. o súdnych poplatkoch takúto možnosť nepripúšťa. Toto rozhodnutie senát Krajského súdu v Bratislave prijal pomerom hlasov 3 : 0. Poučenie: Proti tomuto uzneseniu odvolanie nie je prípustné.</w:t>
      </w:r>
    </w:p>
    <w:p/>
    <w:p>
      <w:r>
        <w:t>Zdroj: KAUZIS.SK – https://www.kauzis.sk/judikatura/r/ECLI:SK:KSBA:2012:1611204648.1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