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5Co/658/2012 z 27. 12. 2012</w:t>
      </w:r>
    </w:p>
    <w:p>
      <w:r>
        <w:t>Uznesenie Krajského súdu Bratislava z 27. decembra 2012, sp. zn. 5Co/658/2012, ECLI:SK:KSBA:2012:1611209516.1</w:t>
      </w:r>
    </w:p>
    <w:p>
      <w:r>
        <w:t>Súd: Krajský súd Bratislava</w:t>
      </w:r>
    </w:p>
    <w:p>
      <w:r>
        <w:t>Spisová značka: 5Co/658/2012</w:t>
      </w:r>
    </w:p>
    <w:p>
      <w:r>
        <w:t>ECLI: ECLI:SK:KSBA:2012:1611209516.1</w:t>
      </w:r>
    </w:p>
    <w:p>
      <w:r>
        <w:t>Dátum vydania: 27. 12.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5Co/658/2012 Identifikačné číslo súdneho spisu: 1611209516 Dátum vydania rozhodnutia: 28. 12. 2012 Meno a priezvisko sudcu, VSÚ: JUDr. Milan Chalúpka ECLI: ECLI:SK:KSBA:2012:1611209516.1 Uznesenie Krajský súd v Bratislave v právnej veci navrhovateľa: 1. T. Š., W. Š. XXX, X. F. Š., W. Š. XXX, proti odporkyni: M. G., A. XX, XXX XX A. o určenie vlastníctva, na odvolanie navrhovateľov voči uzneseniu Okresného súdu Malacky č.k. 5C 173/2011- 23 zo dňa 20. marca 2012 takto r o z h o d o l : Odvolací súd napadnuté uznesenie súdu prvého stupňa z r u š u j e . o d ô v o d n e n i e : Návrhom na začatie konania sa navrhovatelia domáhajú určenia, že sú výlučnými vlastníkmi parcely č. 3446/4 zapísanej na LV č. 355 vo výmere 21 m2 a časti parcely 3446/5 na LV č. 335 vo výmere 35 m2. Súd prvého stupňa napadnutým uznesením rozhodol, že konanie prerušuje do právoplatného skončenia veci vedenej na Okresnom súde Malacky pod sp. zn. 5C/520/2009 z dôvodu, že v tomto konaní ide o odstránenie stavby a stromov a súd prvého stupňa dospel k záveru, že rozhodnutie v prejednávanej veci závisí od rozhodnutia v konaní vedenom pod sp. zn. 5C 520/2009. Navrhovatelia voči uzneseniu, ktorým bolo konanie prerušené podali v zákonom stanovenej lehote odvolanie, ktoré doplnili podaním zo dňa 6.12.2012. V odvolaní navrhovatelia uviedli, že s prerušením konania nesúhlasia, nakoľko na prerušenie konania nie je dôvod. Naopak od rozhodnutia v tomto konaní závisí rozhodnutie v konaní sp. zn. 5C 520/2009, tým pádom súd prvého stupňa nesprávne posúdil vec po právnej stránke. Naviac napadnuté uznesenie má byť nepreskúmateľné pre nedostatočné odôvodnenie. Odvolaciemu súdu navrhovatelia navrhli, aby napadnuté uznesenie súdu zrušil a vec vrátil na ďalšie konanie. Odvolací súd preskúmal vec podľa § 212 ods. 1 O.s.p. bez nariadenia odvolacieho pojednávania (§ 214 ods. 2 O.s.p.) a dospel k záveru, že napadnuté uznesenie je potrebné zrušiť. Odvolací súd konštatuje, že súd prvého stupňa nepostupoval správne, keď rozhodol o prerušení konania, nakoľko zo spisu ani zo samotného uznesenia, ktorým bolo konanie prerušené nevyplýva aká otázka sa rieši v konaní sp. zn. 5 C 520/2009, ktorá by mohla mať význam pre rozhodnutie v tomto konaní. Nie je ani zrejmé či sa obidve konania týkajú jednej nehnuteľnosti, akí sú účastníci konania v konaní sp. zn. 5 C 520/2009, čo je predmetom sporu. Na základe vyššie uvedeného, odvolací súd rozhodnutie súdu prvého stupňa podľa § 221 ods. 1 písm. h O.s.p. zrušil. O trovách odvolacieho konania v zmysle § 224 ods. 3 O.s.p. rozhodne súd prvého stupňa v rozhodnutí vo veci samej. Poučenie: Proti tomuto uzneseniu nie je prípustné odvolanie.</w:t>
      </w:r>
    </w:p>
    <w:p/>
    <w:p>
      <w:r>
        <w:t>Zdroj: KAUZIS.SK – https://www.kauzis.sk/judikatura/r/ECLI:SK:KSBA:2012:1611209516.1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