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8Co/434/2012 z 11. 12. 2012</w:t>
      </w:r>
    </w:p>
    <w:p>
      <w:r>
        <w:t>Uznesenie Krajského súdu Bratislava z 11. decembra 2012, sp. zn. 8Co/434/2012, ECLI:SK:KSBA:2012:1612209688.2</w:t>
      </w:r>
    </w:p>
    <w:p>
      <w:r>
        <w:t>Súd: Krajský súd Bratislava</w:t>
      </w:r>
    </w:p>
    <w:p>
      <w:r>
        <w:t>Spisová značka: 8Co/434/2012</w:t>
      </w:r>
    </w:p>
    <w:p>
      <w:r>
        <w:t>ECLI: ECLI:SK:KSBA:2012:1612209688.2</w:t>
      </w:r>
    </w:p>
    <w:p>
      <w:r>
        <w:t>Dátum vydania: 11.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8Co/434/2012 Identifikačné číslo súdneho spisu: 1612209688 Dátum vydania rozhodnutia: 12. 12. 2012 Meno a priezvisko sudcu, VSÚ: JUDr. Janka Gažovičová ECLI: ECLI:SK:KSBA:2012:1612209688.2 Uznesenie Krajský súd v Bratislave v právnej veci navrhovateľa: Y. K., P. R., X. XXX/XX, zastúpeného JUDr. Ľubicou Sopkovou, advokátkou so sídlom v Malackách, Pribinova 3, proti odporkyniam v X.I.: S.. S. K., P. R., X. XXX/XX, L. X.I.: R.. D. P., P. P., B. XX, L. X.I.: R.. K. K., P. R., X. XXX/XX, zastúpená R. S.. S. K., P. R., X. XXX/XX, všetky zastúpené JUDr. Michaelou Tőrőkovou, advokátkou so sídlom v Bratislave, ul. 29.augusta č.5, o náhrade trov konania v odvolacom konaní, o odvolaní odporkýň proti uzneseniu Okresného T. R., O. E.Ň. XX.T. XXXX, Č..Q.. XC/XXX/XXXX - XX, jednohlasne takto r o z h o d o l : Navrhovateľ je povinný zaplatiť odporkyniam v 1., 2. a 3.rade spoločne a nerozdielne náhradu trov konania pozostávajúcu zo zaplateného súdneho poplatku vo výške XX,- F. a z trov právneho zastúpenia vo výške XXX,XX F., k rukám právnej zástupkyne odporkýň JUDr. Michaely Tőrőkovej, advokátky, so sídlom v Bratislave, ul. 29.augusta č.5, do troch dní. o d ô v o d n e n i e : Uznesením č.k. XCo XXX/XXXX-XX, O. E.D. XX.XX. XXXX, odvolací súd; na základe odvolania odporkýň; zmenil uznesenie súdu prvého stupňa tak, že návrh navrhovateľa na nariadenie predbežného opatrenia zamietol. V konaní úspešným odporkyniam, ktoré si svoje právo na náhradu trov odvolacieho konania uplatnili návrhom podľa § 151 ods.1 vety prvej O.s.p., tak vznikol nárok na náhradu trov konania podľa § 142 ods.1 O.s.p. v spojení s § 224 ods.1, ods.2 O.s.p.. Nakoľko si však odporkyne tento svoj nárok nevyčíslili ani do rozhodnutia odvolacieho súdu dňa XX.XX.XXXX, nebolo možné vo výroku uznesenia odvolacieho súdu o ich uplatnenom nároku na náhradu trov konania rozhodnúť. S poukazom na ust. § 214 ods. 5 O.s.p. rozhodol preto odvolací súd o náhrade trov (celého) konania samostatným uznesením tak, že odporkyniam, ktoré si trovy konania vyčíslili podaním zo dňa XX.XX.XXXX, priznal podľa § 11 ods. 1, písm.a/, § 13 ods. 2, § 14 ods. 1, písm.a/, § 14 ods. 3, písm.a/ vyhl. č. 655/2004 Z.z. odmenu za dva úkony právnej služby, a to vo výške XX,- F. - za prevzatie a prípravu zastúpenia dňa X.XX.XXXX a vo výške XX,-F. za odvolanie proti uzneseniu o nariadení predbežného opatrenia zo dňa X.XX.XXXX, a paušálnu náhradu v sume X G. XX,XX F. D. Q. B. XX% E. L. T. XX,XX F., T. L. L. XXX,XX F.. Poučenie: Proti tomuto uzneseniu odvolanie nie je prípustné.</w:t>
      </w:r>
    </w:p>
    <w:p/>
    <w:p>
      <w:r>
        <w:t>Zdroj: KAUZIS.SK – https://www.kauzis.sk/judikatura/r/ECLI:SK:KSBA:2012:1612209688.2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