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9Co/302/2011 z 13. 2. 2012</w:t>
      </w:r>
    </w:p>
    <w:p>
      <w:r>
        <w:t>Opravné uznesenie Krajského súdu Bratislava z 13. februára 2012, sp. zn. 9Co/302/2011, ECLI:SK:KSBA:2012:1709203716.4</w:t>
      </w:r>
    </w:p>
    <w:p>
      <w:r>
        <w:t>Súd: Krajský súd Bratislava</w:t>
      </w:r>
    </w:p>
    <w:p>
      <w:r>
        <w:t>Spisová značka: 9Co/302/2011</w:t>
      </w:r>
    </w:p>
    <w:p>
      <w:r>
        <w:t>ECLI: ECLI:SK:KSBA:2012:1709203716.4</w:t>
      </w:r>
    </w:p>
    <w:p>
      <w:r>
        <w:t>Dátum vydania: 13. 2. 2012</w:t>
      </w:r>
    </w:p>
    <w:p>
      <w:r>
        <w:t>Forma: Opravné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9Co/302/2011 Identifikačné číslo súdneho spisu: 1709203716 Dátum vydania rozhodnutia: 14. 02. 2012 Meno a priezvisko sudcu, VSÚ: JUDr. Roman Huszár ECLI: ECLI:SK:KSBA:2012:1709203716.4 Opravné uznesenie Krajský súd v Bratislave v právnej veci navrhovateľa : K.. R.W. L., F. N. X, N., proti odporcovi : R.. N. R., F. A.Y. XX, F., zastúpený JUDr. Miloslavom Krausom, advokátom, Jasovská 23, Bratislava, o ochranu osobnosti, vo veci vedenej na Okresnom súde Pezinok pod sp. zn. 9C 81/2009, v pomere hlasov 3 : 0, takto r o z h o d o l : Odvolací súd záhlavie uznesenia zo dňa 29.09.2011 č. k. 9Co 302/2011-262; 9Co 303/2011-262 opravuje tak, že toto má správne znieť : „.....v právnej veci navrhovateľa : K.. R. L. .....“. o d ô v o d n e n i e : Odvolací súd v konaní o návrhu navrhovateľa rozhodol dňa 29.09.2011. Pri vypracovaní písomného vyhotovenia uznesenia v jeho záhlaví odvolací súd uviedol nesprávne priezvisko navrhovateľa, t.j. nesprávne L., namiesto správne uvedeného priezviska navrhovateľa L.. Podľa § 164 O.s.p.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Podľa § 211 ods. 2 O.s.p. ak tento zákon neustanovuje inak, pre konanie na odvolacom súde platia primerane ustanovenia o konaní pred súdom prvého stupňa. Odvolací súd vzniknuté pochybenie týmto opravným uznesením odstránil ( § 164, § 211 ods. 2 O.s.p.), keďže išlo o zrejmú chybu v písaní, ku ktorej došlo pri vyhotovovaní písomného rozsudku odvolacieho súdu. Poučenie: Proti tomuto uzneseniu odvolanie nie prípustné.</w:t>
      </w:r>
    </w:p>
    <w:p/>
    <w:p>
      <w:r>
        <w:t>Zdroj: KAUZIS.SK – https://www.kauzis.sk/judikatura/r/ECLI:SK:KSBA:2012:1709203716.4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