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9Co/221/2012 z 30. 7. 2012</w:t>
      </w:r>
    </w:p>
    <w:p>
      <w:r>
        <w:t>Uznesenie Krajského súdu Bratislava z 30. júla 2012, sp. zn. 9Co/221/2012, ECLI:SK:KSBA:2012:1710210514.1</w:t>
      </w:r>
    </w:p>
    <w:p>
      <w:r>
        <w:t>Súd: Krajský súd Bratislava</w:t>
      </w:r>
    </w:p>
    <w:p>
      <w:r>
        <w:t>Spisová značka: 9Co/221/2012</w:t>
      </w:r>
    </w:p>
    <w:p>
      <w:r>
        <w:t>ECLI: ECLI:SK:KSBA:2012:1710210514.1</w:t>
      </w:r>
    </w:p>
    <w:p>
      <w:r>
        <w:t>Dátum vydania: 30.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9Co/221/2012 Identifikačné číslo súdneho spisu: 1710210514 Dátum vydania rozhodnutia: 31. 07. 2012 Meno a priezvisko sudcu, VSÚ: JUDr. Roman Huszár ECLI: ECLI:SK:KSBA:2012:1710210514.1 Uznesenie Krajský súd v Bratislave v právnej veci navrhovateľa : SKP, k. s., Lazovná ul. č. 64, Banská Bystrica, správca konkurznej podstaty úpadcu: KFZ Sys, spol. s r. o. v konkurze, Košútska ul. č. 1342, Sládkovičovo, zast. advokátom JUDr. Pavlom Konečným, Hurbanova ul. č. 14A, Banská Bystrica, proti odporkyni : V. Y., D..Č.. XXXXXXXXXX, M. Q. P. XX U., zastúpená opatrovníčkou P. M., pracovníčkou Okresného súdu Pezinok o zaplatenie 295.66 eur s prísl., na odvolanie navrhovateľa proti uzneseniu Okresného súdu Pezinok zo dňa 26. januára 2012 č. k. 8C 303/2011-50 v pomere hlasov 3 : 0, takto r o z h o d o l : Odvolací súd napadnuté uznesenie súdu prvého stupňa z r u š u j e. o d ô v o d n e n i e : Napadnutým uznesením súd prvého stupňa uložil navrhovateľovi povinnosť zaplatiť súdny poplatok 17,50 eur za návrh na začatie konania v lehote 10 dní od doučenia uznesenia v zmysle zákona č. 71/1992 Zb., položka č. 1 písm. a) Sadzobníka súdnych poplatkov. Uznesenie odvolaním v zákonom stanovenej lehote napadol navrhovateľ, vytýkajúc súdu prvého stupňa, že jeho rozhodnutie vychádza z nesprávneho právneho posúdenia veci, pretože je v zmysle § 4 ods. 2 písm. m) zák. č. 71/1992 Zb. oslobodený od súdnych poplatkov. Odvolací súd, ktorý bol viazaný rozsahom a dôvodmi odvolania ( § 212 ods. 1 O.s.p. ), preskúmal napadnuté uznesenie, prejednal odvolanie bez nariadenia pojednávania podľa § 214 ods. 2 O.s.p. a dospel k záveru, že odvolanie navrhovateľa je dôvodné. V prejednávanej veci je navrhovateľom správca konkurznej podstaty spoločnosti SKP, k.s. „v konkurze“. Navrhovateľ je v zmysle § 4 ods. 2 písm. m) zák. č. 71/1992 Zb. o súdnych poplatkoch osobne oslobodený od súdnych poplatkov. Ak súd prvého stupňa napriek cit.ust. vyzval navrhovateľa na zaplatenie súdneho poplatku za návrh na začatie konania, nesprávne vec právne posúdil, v dôsledku čoho odvolací súd napadnuté uznesenie súdu prvého stupňa zrušil, keďže išlo o rozhodnutie bez návrhu, nešlo o rozhodnutie vo veci samej a dôvody pre ktoré bolo uznesenie vydané, neexistovali; s poukazom na ust. § 221 ods. 1 písm. i/ O.s.p. Poučenie: Proti tomuto rozhodnutiu odvolanie nie je prípustné.</w:t>
      </w:r>
    </w:p>
    <w:p/>
    <w:p>
      <w:r>
        <w:t>Zdroj: KAUZIS.SK – https://www.kauzis.sk/judikatura/r/ECLI:SK:KSBA:2012:1710210514.1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