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11CoP/64/2012 z 28. 2. 2012</w:t>
      </w:r>
    </w:p>
    <w:p>
      <w:r>
        <w:t>Uznesenie Krajského súdu Bratislava z 28. februára 2012, sp. zn. 11CoP/64/2012, ECLI:SK:KSBA:2012:1711212528.1</w:t>
      </w:r>
    </w:p>
    <w:p>
      <w:r>
        <w:t>Súd: Krajský súd Bratislava</w:t>
      </w:r>
    </w:p>
    <w:p>
      <w:r>
        <w:t>Spisová značka: 11CoP/64/2012</w:t>
      </w:r>
    </w:p>
    <w:p>
      <w:r>
        <w:t>ECLI: ECLI:SK:KSBA:2012:1711212528.1</w:t>
      </w:r>
    </w:p>
    <w:p>
      <w:r>
        <w:t>Dátum vydania: 28. 2.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11CoP/64/2012 Identifikačné číslo súdneho spisu: 1711212528 Dátum vydania rozhodnutia: 29. 02. 2012 Meno a priezvisko sudcu, VSÚ: JUDr. Bianka Gelačíková ECLI: ECLI:SK:KSBA:2012:1711212528.1 Uznesenie Krajský súd v Bratislave vo veci starostlivosti o maloletého V. Ž., nar. XX.XX.XXXX, dieťa rodičov: matka - R. Ž., bytom H. XX, Š., a otec - F. Ž., bytom XX O. B., W., Y., Í., zast. JUDr. Evou Klemovou, advokátkou, AK Pezinok, M. R. Štefánika 1, o nariadenie predbežného opatrenia a o späťvzatí návrhu na začatie konania, na odvolanie matky proti rozhodnutiu Okresného súdu Pezinok, č.k. 12P 168/2011-27 z 19.12.2011, jednohlasne (pomerom hlasov 3:0) takto r o z h o d o l : Odvolací súd p r i p ú š ť a späťvzatie návrhu na nariadenie predbežného opatrenia, z r u š u j e sa uznesenie súdu prvého stupňa č.k. 12P 168/2011-27 z 19.12.2011 a konanie sa z a s t a v u j e. o d ô v o d n e n i e : Prvostupňový súd zamietol návrh matky na nariadenie predbežného opatrenia a žiadnemu z účastníkov nepriznal právo na náhradu trov konania. Proti tomuto rozhodnutiu podala odvolanie matka maloletého. Podaním z 11.01.2012 matka zobrala návrh na nariadenie predbežného opatrenia späť. Podľa § 222 ods. 2 O.s.p. odvolanie môže odvolací súd vybaviť aj tak, že pripustí vzatie návrhu na začatie konania späť alebo schváli zmier. Podľa § 208 O.s.p. ak je návrh na začatie konania vzatý späť, keď už rozhodol súd prvého stupňa alebo jeho rozhodnutie nie je dosiaľ právoplatné, odvolací súd rozhodne o pripustení späťvzatia. Súd späťvzatie nepripustí ak druhý účastník s tým nesúhlasí. Ak späťvzatie pripustí, odvolací súd zruší rozhodnutie súdu prvého stupňa a konanie zastaví. Vzhľadom na vyššie uvedené skutočnosti, odvolací súd pripustil späťvzatie návrhu na nariadenie predbežného opatrenia, zrušil rozhodnutie súdu prvého stupňa a konanie zastavil. O trovách odvolacieho konania rozhodol odvolací súd podľa § 224 ods. 1 O.s.p. v spojení s § 146 ods. 1 písm. c/ O.s.p.. Poučenie: Proti tomuto rozhodnutiu odvolanie nie je prípustné.</w:t>
      </w:r>
    </w:p>
    <w:p/>
    <w:p>
      <w:r>
        <w:t>Zdroj: KAUZIS.SK – https://www.kauzis.sk/judikatura/r/ECLI:SK:KSBA:2012:1711212528.1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