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5Sp/22/2010 z 1. 3. 2012</w:t>
      </w:r>
    </w:p>
    <w:p>
      <w:r>
        <w:t>Rozsudok Krajského súdu Bratislava z 1. marca 2012, sp. zn. 5Sp/22/2010, ECLI:SK:KSBA:2012:2010200591.2</w:t>
      </w:r>
    </w:p>
    <w:p>
      <w:r>
        <w:t>Súd: Krajský súd Bratislava</w:t>
      </w:r>
    </w:p>
    <w:p>
      <w:r>
        <w:t>Spisová značka: 5Sp/22/2010</w:t>
      </w:r>
    </w:p>
    <w:p>
      <w:r>
        <w:t>ECLI: ECLI:SK:KSBA:2012:2010200591.2</w:t>
      </w:r>
    </w:p>
    <w:p>
      <w:r>
        <w:t>Dátum vydania: 1. 3.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5Sp/22/2010 Identifikačné číslo súdneho spisu: 2010200591 Dátum vydania rozhodnutia: 02. 03. 2012 Meno a priezvisko sudcu, VSÚ: JUDr. Peter Pospech ECLI: ECLI:SK:KSBA:2012:2010200591.2 ROZSUDOK V MENE SLOVENSKEJ REPUBLIKY Krajský súd v Bratislave pred samosudcom JUDr. Petrom Pospechom, v právnej veci navrhovateľa: ÚSVIT pri Dunaji, Poľnohospodárske družstvo, Košariská ul. 192/42, Dunajská Lužná, IČO: 00 190 616, zast. Antonom Patrnčiakom, predsedom a Máriou Zwingerovou, právne zast. JUDr. Zdenkou Lánikovou, s.r.o., advokátkou, so sídlom AK Grösslingova 8, Bratislava, proti odporcovi: Obvodný pozemkový úrad Dunajská Streda, Korzo Bélu Bartóka 789/3, Dunajská Streda, za účasti: Slovenský pozemkový fond, Búdkova 36, Bratislava, o opravnom prostriedku proti rozhodnutiu Obvodného pozemkového úradu v Dunajskej Strede zo dňa 27.8.2010 č.j. D/2010/00281-2, takto r o z h o d o l : Súd napadnuté rozhodnutie odporcu Obvodného pozemkového úradu v Dunajskej Strede č.j. D/2010/00281-2 zo dňa 27.8.2010 z r u š u j e a vec vracia odporcovi na ďalšie konanie. Odporca je povinný zaplatiť navrhovateľovi trovy konania a právneho zastúpenia podľa písomnej špecifikácie po právoplatnosti rozhodnutia v predmetnej veci. o d ô v o d n e n i e : Žalobou došlou Obvodnému pozemkovému úradu v Dunajskej Strede dňa 15.10.2010 požiadal navrhovateľ o preskúmanie rozhodnutia Obvodného pozemkového úradu v Dunajskej Strede zo dňa 27.8.2010 č.j. D/2010/00281-2, ktorým odporca rozhodol podľa § 5 ods. 2 zákona č. 503/2003 Z.z. o navrátení vlastníctva k pozemkom tak, že oprávnenej osobe podľa § 2 ods. 2 písm. c/ zákona č. 503/2003 Z.z. o navrátení vlastníctva k pozemkom a doplnení zákona NR SR č. 180/1995 Z.z. o niektorých opatreniach na usporiadanie vlastníctva k pozemkom s tým, že oprávnená osoba G.E. O., nar. XX.X.XXXX, r.č. XXXXXX/XXX, trvale bytom X. Y. Č.. XXX, občan SR, syn pôvodného vlastníka spĺňa podmienku uvedenú v § 3 ods. 1 písm. d/ zákona na navrátenie vlastníctva k pozemkom, ktoré prešli do vlastníctva štátu - JRD Štvrtok na Ostrove a následne boli prevedené do vlastníctva PD Úsvit pri Dunaji postupom podľa zákona č. 81/1949 SNR o úprave právnych pomerov pasienkového majetku bývalých urbárnikov, komposesátorov a podobných právnych útvarov oprávnenej osobe sa dňom právoplatnosti tohto rozhodnutia navráti vlastníctvo k nehnuteľnostiam v kat. úz. obce U.. Ide o parcely č. 854 a 855, orná pôda, číslo LV XXXX, o výmere 9.083 m2 a 960 m2. Na základe tohto rozhodnutia sa oprávnenej osobe zapíše vlastnícke právo v katastri nehnuteľností. Proti tomuto rozhodnutiu podala právna zástupkyňa navrhovateľa opravný prostriedok, v ktorom okrem iného poukázala na okolnosť, že Obvodný pozemkový úrad v Dunajskej Strede rozhodol o navrátení vlastníckeho práva k nehnuteľnosti, ktorá sa nachádza v katastrálnom území U., pričom toto katastrálne územie nespadá do pôsobnosti Obvodného pozemkového úradu v Dunajskej Strede. Krajský súd v Bratislave ako súd vecne a miestne príslušný na konanie podľa tretej hlavy piatej časti O.s.p. preskúmal napadnuté rozhodnutie v rozsahu dôvodov, ktoré sú uvedené v opravnom prostriedku navrhovateľa a zistil nasledovný skutkový stav. Obvodný pozemkový úrad v Dunajskej Strede rozhodol o nároku oprávnenej osoby G. O., syna pôvodného vlastníka ako miestne nepríslušný správny orgán, nakoľko nehnuteľnosť sa nachádza v katastrálnom území U., pričom toto katastrálne územie nespadá do pôsobnosti Obvodného pozemkového úradu v Dunajskej Strede, ale do pôsobnosti Obvodného pozemkového úradu v Senci, ktorý je v predmetnej veci miestne príslušný na konanie. Podľa § 250j ods.2 písm. e/ O.s.p. súd zruší napadnuté rozhodnutie a vráti vec žalovanému správnemu orgánu na ďalšie konanie, ak po preskúmaní dospel k záveru, že v konaní správneho orgánu bola zistená taká vada, ktorá mohla mať vplyv na zákonnosť napadnutého rozhodnutia. Vzhľadom k tomu, že v predmetnej veci rozhodoval miestne nepríslušný správny orgán, konajúci súd rozhodnutie odporcu zrušil podľa § 250j ods. 2 písm. e/ O.s.p. s tým, že o nároku oprávnenej osoby má rozhodnúť miestne príslušný Obvodný pozemkový úrad v Senci. S týmto názorom konajúceho súdu sa stotožnila aj právna zástupkyňa Slovenského pozemkového fondu JUDr. Pažická Výrok o trovách konania súd oprel o úspešnosť navrhovateľa v spore, ktorému priznal trovy konania a právneho zastúpenia podľa § 250k ods. 1 O.s.p. , o ktorých rozhodne podľa písomnej špecifikácie po právoplatnosti rozhodnutia vo veci samej samostatným uznesením. Poučenie: Proti tomuto rozhodnutiu je možné podať odvolanie do 15 dní od jeho doručenia na Krajský súd v Bratislave, písomne, dvojmo. V odvolaní sa má popri všeobecných náležitostiach (§ 42 ods. 3 O.s.p.) uviesť, voči ktorému rozhodnutiu odvolanie smeruje, v akom rozsahu ho napáda a v čom navrhovateľ vidí nesprávnosť postupu a rozhodnutia súdu.</w:t>
      </w:r>
    </w:p>
    <w:p/>
    <w:p>
      <w:r>
        <w:t>Zdroj: KAUZIS.SK – https://www.kauzis.sk/judikatura/r/ECLI:SK:KSBA:2012:2010200591.2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