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5Scud/68/2012 z 28. 11. 2012</w:t>
      </w:r>
    </w:p>
    <w:p>
      <w:r>
        <w:t>Uznesenie Krajského súdu Bratislava z 28. novembra 2012, sp. zn. 5Scud/68/2012, ECLI:SK:KSBA:2012:2012200059.1</w:t>
      </w:r>
    </w:p>
    <w:p>
      <w:r>
        <w:t>Súd: Krajský súd Bratislava</w:t>
      </w:r>
    </w:p>
    <w:p>
      <w:r>
        <w:t>Spisová značka: 5Scud/68/2012</w:t>
      </w:r>
    </w:p>
    <w:p>
      <w:r>
        <w:t>ECLI: ECLI:SK:KSBA:2012:2012200059.1</w:t>
      </w:r>
    </w:p>
    <w:p>
      <w:r>
        <w:t>Dátum vydania: 28.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5Scud/68/2012 Identifikačné číslo súdneho spisu: 2012200059 Dátum vydania rozhodnutia: 29. 11. 2012 Meno a priezvisko sudcu, VSÚ: JUDr. Milota Tóthová ECLI: ECLI:SK:KSBA:2012:2012200059.1 Uznesenie Krajský súd v Bratislave v právnej veci navrhovateľky B. C., bytom K. XXXX/XX, S. XX - Ř., Č. Q.,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20.12.2011 žiadala preskúmať rozhodnutie odporkyne číslo XXX XXX XXXX X zo dňa 20.10.2011, ktorým odporkyňa znížila sumu invalidného dôchodku od 1. decembra 2011 na 100,70 eur mesačne. Odporkyňa dňa 14.2.2012 vydala rozhodnutie, ktorým zrušila napadnuté rozhodnutie číslo XXX XXX XXXX X zo dňa 20.10.2011 a rozhodla tak, že navrhovateľke od 1. decembra 2011 naďalej patrí invalidný dôchodok v sume 180,50 eur mesačne, čím navrhovateľke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https://www.kauzis.sk/judikatura/r/ECLI:SK:KSBA:2012:2012200059.1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