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2S/190/2011 z 12. 4. 2012</w:t>
      </w:r>
    </w:p>
    <w:p>
      <w:r>
        <w:t>Uznesenie Krajského súdu Bratislava z 12. apríla 2012, sp. zn. 2S/190/2011, ECLI:SK:KSBA:2012:6011200814.3</w:t>
      </w:r>
    </w:p>
    <w:p>
      <w:r>
        <w:t>Súd: Krajský súd Bratislava</w:t>
      </w:r>
    </w:p>
    <w:p>
      <w:r>
        <w:t>Spisová značka: 2S/190/2011</w:t>
      </w:r>
    </w:p>
    <w:p>
      <w:r>
        <w:t>ECLI: ECLI:SK:KSBA:2012:6011200814.3</w:t>
      </w:r>
    </w:p>
    <w:p>
      <w:r>
        <w:t>Dátum vydania: 12. 4.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2S/190/2011 Identifikačné číslo súdneho spisu: 6011200814 Dátum vydania rozhodnutia: 13. 04. 2012 Meno a priezvisko sudcu, VSÚ: Alena Vaneková ECLI: ECLI:SK:KSBA:2012:6011200814.3 Uznesenie Vo veci žalobcu: S. T., Z. XX, J. zastúpený: JUDr. Ladislav Csákó, advokát, Hviezdoslavova 4, 048 01 Rožňava proti žalovanému: Ministerstvo pôdohospodárstva a rozvoja vidieka SR, Dobrovičova 12, 812 66 Bratislava o preskúmanie zákonnosti rozhodnutia č.: 2763/2011-430 zo dňa 11.07.2011 r o z h o d o l : súd ukladá. .. JUDr. Ladislav Csákó, advokát so sídlom ... Hviezdoslavova 4, 048 01 Rožňava o d ô v o d n e n i e : aby v lehote .......10........................ dní od doručenia tohto uznesenia zaplatil (a) .) v kolkoch na tomto tlačive, ak súdny poplatok neprevyšuje sumu 300 € .) príkazom na úhradu na účet súdu, č. účtu ....7000142457/8180 vedený v Štátnej pokladnici, Bratislava VS 1041046212 s pripojeným avízom súdny poplatok za...podanie urobené elektronickými prostriedkami podpísané zaručeným elektronickým podpisom ................................................................. ktorý je ....1,50 eur ..................... (predmet poplatku) (pol. č. ...............20a/.......................................... sadzobníka súdnych poplatkov) Poučenie: Ak sa poplatok v určenej lehote nezaplatí, bude ho súd vymáhať. Proti tomuto uzneseniu je možné podať odvolanie do 15 dní.</w:t>
      </w:r>
    </w:p>
    <w:p/>
    <w:p>
      <w:r>
        <w:t>Zdroj: KAUZIS.SK – https://www.kauzis.sk/judikatura/r/ECLI:SK:KSBA:2012:6011200814.3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