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2S/195/2011 z 25. 9. 2012</w:t>
      </w:r>
    </w:p>
    <w:p>
      <w:r>
        <w:t>Uznesenie Krajského súdu Bratislava z 25. septembra 2012, sp. zn. 2S/195/2011, ECLI:SK:KSBA:2012:7010234090.2</w:t>
      </w:r>
    </w:p>
    <w:p>
      <w:r>
        <w:t>Súd: Krajský súd Bratislava</w:t>
      </w:r>
    </w:p>
    <w:p>
      <w:r>
        <w:t>Spisová značka: 2S/195/2011</w:t>
      </w:r>
    </w:p>
    <w:p>
      <w:r>
        <w:t>ECLI: ECLI:SK:KSBA:2012:7010234090.2</w:t>
      </w:r>
    </w:p>
    <w:p>
      <w:r>
        <w:t>Dátum vydania: 25.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2S/195/2011 Identifikačné číslo súdneho spisu: 7010234090 Dátum vydania rozhodnutia: 26. 09. 2012 Meno a priezvisko sudcu, VSÚ: Mgr. Viliam Pohančeník ECLI: ECLI:SK:KSBA:2012:7010234090.2 Uznesenie Krajský súd v Bratislave v právnej veci žalobcu: TESCO STORES, a.s., Kamenné nám. č. 1/A, 815 61 Bratislava, proti žalovanému: Národný inšpektorát práce, Masarykova 10, 041 01 Košice, o preskúmanie zákonnosti rozhodnutia č. S/2010/131-2.1,O-57/2010 zo dňa 19.05.2010, takto r o z h o d o l : Krajský súd v Bratislave konanie z a s t a v u j e . Žiaden z účastníkov nemá právo na náhradu trov konania. o d ô v o d n e n i e : Žalobou pôvodne doručenou Krajskému súdu v Košiciach dňa 23.07.2010, uznesením sp.zn. 7S/13898/2010-36 zo dňa 19.10.2011 postúpenou tunajšiemu súdu, sa žalobca domáhal preskúmania rozhodnutia žalovaného č. S/2010/131-2.1,O-57/2010 zo dňa 19.05.2010, ktorým zamietol odvolanie žalobcu a potvrdil prvostupňové rozhodnutie Inšpektorátu práce Žilina č.k. 215/2009-IZA-2.2/pok/R2 zo dňa 15.03.2010 o uložení pokuty žalobcovi vo výške 665,- Eur, za porušenie § 6 ods. 1 písm. o ) zákona č. 124/2006 Z.z. o bezpečnosti a ochrane zdravia pri práci a o zmene a doplnení niektorých zákonov a čl. 4.1.1 STN 26 8805. Pred rozhodnutím vo veci samej žalobca svojím podaním doručeným súdu dňa 24.09.2012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https://www.kauzis.sk/judikatura/r/ECLI:SK:KSBA:2012:7010234090.2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