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1S/245/2011 z 21. 3. 2012</w:t>
      </w:r>
    </w:p>
    <w:p>
      <w:r>
        <w:t>Uznesenie Krajského súdu Bratislava z 21. marca 2012, sp. zn. 1S/245/2011, ECLI:SK:KSBA:2012:7011200985.1</w:t>
      </w:r>
    </w:p>
    <w:p>
      <w:r>
        <w:t>Súd: Krajský súd Bratislava</w:t>
      </w:r>
    </w:p>
    <w:p>
      <w:r>
        <w:t>Spisová značka: 1S/245/2011</w:t>
      </w:r>
    </w:p>
    <w:p>
      <w:r>
        <w:t>ECLI: ECLI:SK:KSBA:2012:7011200985.1</w:t>
      </w:r>
    </w:p>
    <w:p>
      <w:r>
        <w:t>Dátum vydania: 21.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1S/245/2011 Identifikačné číslo súdneho spisu: 7011200985 Dátum vydania rozhodnutia: 22. 03. 2012 Meno a priezvisko sudcu, VSÚ: JUDr. Monika Valašíková PhD. ECLI: ECLI:SK:KSBA:2012:7011200985.1 Uznesenie Krajský súd v Bratislave v právnej veci žalobcu: B. E., bytom E. XX/X, XXX XX T. proti žalovanému: Ministerstvo pôdohospodárstva a rozvoja vidieka Slovenskej republiky, so sídlom Dobrovičova 12, 812 66 Bratislava o preskúmanie zákonnosti rozhodnutia č. 1323/2011-420 zo dňa 15.2.2011, takto r o z h o d o l : Krajský súd v Bratislave konanie z a s t a v u j e . Žiaden z účastníkov nemá právo na náhradu trov konania. o d ô v o d n e n i e : Žalobou podanou na Krajskom súde v Bratislave dňa 11.11.2011 sa žalobca domáhal preskúmania zákonnosti rozhodnutia žalovaného č. 1323/2011-420 zo dňa 15.2.2011, ktorým žalovaný odvolanie žalobcu zo dňa 27.1.2011 zamietol a rozhodnutie KPÚ Košice č. A/2011/00043 zo dňa 20.1.2011 potvrdil. Žalovaný svoje rozhodnutie odôvodnil tým, že mal za preukázané, že umiestnenie nových pozemkov a scelenie spoluvlastníckych podielov pôvodných pozemkov je v súlade s platnými zásadami pre umiestnenie nových pozemkov zo dňa 24.7.2008 ako aj s kritériami primeranosti stanovených v zákone č. 330/1991 Zb. o pozemkových úpravách. Krajský súd v Bratislave výzvou zo dňa 17.1.2012 vyzval žalobcu, aby v lehote 15 dní sa vyjadril, či súhlasí s prejednaním veci bez nariadenia pojednávania a zároveň ho súd vyzval v súlade s ustanovením § 250a O.s.p., aby si ustanovil advokáta na zastupovanie. Pred rozhodnutím vo veci samej žalobca svojím podaním doručeným súdu dňa 21.2.2012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https://www.kauzis.sk/judikatura/r/ECLI:SK:KSBA:2012:7011200985.1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