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5S/1/2012 z 23. 4. 2012</w:t>
      </w:r>
    </w:p>
    <w:p>
      <w:r>
        <w:t>Uznesenie Krajského súdu Bratislava z 23. apríla 2012, sp. zn. 5S/1/2012, ECLI:SK:KSBA:2012:8411202796.2</w:t>
      </w:r>
    </w:p>
    <w:p>
      <w:r>
        <w:t>Súd: Krajský súd Bratislava</w:t>
      </w:r>
    </w:p>
    <w:p>
      <w:r>
        <w:t>Spisová značka: 5S/1/2012</w:t>
      </w:r>
    </w:p>
    <w:p>
      <w:r>
        <w:t>ECLI: ECLI:SK:KSBA:2012:8411202796.2</w:t>
      </w:r>
    </w:p>
    <w:p>
      <w:r>
        <w:t>Dátum vydania: 23. 4. 2012</w:t>
      </w:r>
    </w:p>
    <w:p>
      <w:r>
        <w:t>Forma: Uznesenie</w:t>
      </w:r>
    </w:p>
    <w:p>
      <w:pPr>
        <w:pStyle w:val="Heading2"/>
      </w:pPr>
      <w:r>
        <w:t>Text rozhodnutia</w:t>
      </w:r>
    </w:p>
    <w:p>
      <w:r>
        <w:t>Súd: Krajský súd Bratislava Spisová značka: 5S/1/2012 Identifikačné číslo súdneho spisu: 8411202796 Dátum vydania rozhodnutia: 24. 04. 2012 Meno a priezvisko sudcu, VSÚ: JUDr. Viera Šebestová ECLI: ECLI:SK:KSBA:2012:8411202796.2 Uznesenie Krajský súd v Bratislave v právnej veci žalobcu: N. M., XXX XX F. XX proti žalovanému: Ministerstvo vnútra Slovenskej republiky, sekcia verejnej správy, odbor priestupkov, Drieňová 22, 826 86 Bratislava, o preskúmanie zákonnosti rozhodnutia žalovaného, takto r o z h o d o l : Súd konanie z a s t a v u j e . Žiaden z účastníkov nemá právo na náhradu trov konania. o d ô v o d n e n i e : Žalobca sa žalobou doručenou Okresnému súdu v Kežmarku dňa 04.05.2011, ktorá bola postúpená Krajskému súdu v Bratislave uznesením č.k. 2S/2/2011-7 zo dňa 15.11.2011, označenou ako „Žiadosť o preskúmanie súdom“ domáhal preskúmania rozhodnutia žalovaného č. SVS-OP-2010/026325/TMB zo dňa 14.12.2010, ktorým bolo potvrdené rozhodnutie Obvodného úradu Kežmarok, odbor všeobecnej vnútornej správy, č. Pr-609ú2010 Ká 10/2010/05886 zo dňa 06.09.2010čiastočne zmenil a čiastočne potvrdil. Na Krajský súd v Bratislave bola žaloba doručená dňa 03.01.2012. Krajský súd v Bratislave uznesením zo dňa 14.03.2012 č.k. 5S/1/2012-10 vyzval žalobcu na odstránenie vád. Uznesenie žalobca obdržal dňa 21.03.2012. Podľa § 249 ods. 1 O.s.p., konanie (v správnych veciach) sa začína na návrh, ktorý sa nazýva žalobou. Podľa § 249 ods. 2 O.s.p., žaloba musí okrem všeobecných náležitostí podania obsahovať označenie rozhodnutia a postupu správneho orgánu, ktoré napadá, vyjadrenie, v akom sa toto rozhodnutie a postup napadá, uvedenie dôvodov, v čom žalobca vidí nezákonnosť rozhodnutia a postupu správneho orgánu a aký konečný návrh robí. Podľa § 250 ods. 1 O.s.p., účastníkmi konania sú žalobca a žalovaný. Podľa § 250 ods. 4 O.s.p., pri rozhodnutí správneho orgánu vydaného v správnom konaní je žalovaný správny orgán, ktorý rozhodol v poslednom stupni. Podľa § 43 ods. 1 O.s.p., sudca alebo poverený zamestnanec súdu uznesením vyzve účastníka, aby nesprávne, neúplné alebo nezrozumiteľné podanie doplnil alebo opravil v lehote, ktorú určí, ktorá nemôže byť kratšia ako 10 dní v uznesení uvedie, ako treba opravu alebo doplnenie vykonať. Uznesením Krajského súdu v Bratislave č.k. 5S/1/2012-10 zo dňa 14.03.2012 bol žalobca vyzvaný na odstránenie vád a zároveň bol poučený, že v prípade neodstránenia vád bude konanie zastavené. Podľa § 250d ods. 3 O.s.p., súd uznesením konanie zastaví, ak sa žaloba podala oneskorene, ak ju podala neoprávnená osoba, ak smeruje proti rozhodnutiu, ktoré nemôže byť predmetom preskúmania súdu, ak žalobca neodstránil vady žaloby, ktorých odstránenie súd nariadil a ktoré bránia vecnému vybavenia žaloby, alebo ak žalobca nie je zastúpený podľa § 250a alebo ak žaloba bola vzatá späť (§ 250h ods. 2). Odvolanie proti uzneseniu je prípustné. Nakoľko žalobca v stanovenej lehote vadu žaloby neodstránil, súd konanie podľa § 250d ods. 3 O.s.p. zastavil. O trovách konania bolo rozhodnuté podľa § 146 ods. 1 písm. c/ O.s.p., pretože v prípade zastavenia konania nemá žiaden z účastníkov právo na ich náhradu. Toto rozhodnutie senát Krajského súdu v Bratislave prijal pomerom hlasov 3 : 0 (§ 3 ods. 9 zákona č. 757/2004 Z.z. v znení zákona č. 33/2011 Z.z.). Poučenie: Proti tomuto uzneseniu možno podať odvolanie do 15 dní odo dňa jeho doručenia na Krajskom súde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https://www.kauzis.sk/judikatura/r/ECLI:SK:KSBA:2012:8411202796.2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