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3S/203/2010 z 3. 6. 2012</w:t>
      </w:r>
    </w:p>
    <w:p>
      <w:r>
        <w:t>Opravné uznesenie Krajského súdu Bratislava z 3. júna 2012, sp. zn. 3S/203/2010, ECLI:SK:KSBA:2012:8509204866.4</w:t>
      </w:r>
    </w:p>
    <w:p>
      <w:r>
        <w:t>Súd: Krajský súd Bratislava</w:t>
      </w:r>
    </w:p>
    <w:p>
      <w:r>
        <w:t>Spisová značka: 3S/203/2010</w:t>
      </w:r>
    </w:p>
    <w:p>
      <w:r>
        <w:t>ECLI: ECLI:SK:KSBA:2012:8509204866.4</w:t>
      </w:r>
    </w:p>
    <w:p>
      <w:r>
        <w:t>Dátum vydania: 3. 6.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3S/203/2010 Identifikačné číslo súdneho spisu: 8509204866 Dátum vydania rozhodnutia: 04. 06. 2012 Meno a priezvisko sudcu, VSÚ: Mgr. Helena Marcinkechová ECLI: ECLI:SK:KSBA:2012:8509204866.4 Opravné uznesenie Krajský súd v Bratislave v právnej veci žalobcu: Ing. L. N., Okružná 54, Stará Ľubovňa, proti žalovanému: Ministerstvo vnútra SR, Drieňová 22, Bratislava, o preskúmanie zákonnosti rozhodnutia žalovaného č. SVS-230-2009/02356 zo dňa 12.11.2009, takto r o z h o d o l : Súd opravuje poučenie rozsudku č.k. 3S/203/2010-80 zo dňa 27.3.2012 tak, že správne znie: Proti tomuto rozsudku je možno podať odvolanie do 15 dní odo dňa jeho doručenia prostredníctvom podpísaného súdu na Najvyšší súd SR v dvoch vyhotoveniach. V odvolaní sa má popri všeobecných náležitostiach uviesť, proti ktorému rozhodnutiu smeruje, v akom rozsahu sa napáda, v čom sa toto rozhodnutie alebo postup súdu považuje za nesprávny a čoho sa odvolateľ domáha. o d ô v o d n e n i e : Pri písomnom vyhotovení rozsudku Krajského súdu v Bratislave č. k. 3S/203/2010-80 zo dňa 27.3.2012, 2012 došlo k pisárskej chybe, keď bolo v prvej vete poučenia tohto rozhodnutia nesprávne uvedené, že proti tomuto rozsudku vo veci samej odvolanie nie je prípustné (§250ja ods. 1 O.s.p.). Proti tomuto rozsudku v časti o náhrade trov konania je možno podať odvolanie do 15 dní odo dňa jeho doručenia prostredníctvom podpísaného súdu písomne na Najvyšší súd Slovenskej republiky v dvoch vyhotoveniach. Poučenie teda znelo: „Proti tomuto rozsudku vo veci samej odvolanie nie je prípustné (§250ja ods. 1 O.s.p.). Proti tomuto rozsudku v časti o náhrade trov konania je možno podať odvolanie do 15 dní odo dňa jeho doručenia prostredníctvom podpísaného súdu písomne na Najvyšší súd Slovenskej republiky v dvoch vyhotoveniach. V odvolaní sa má popri všeobecných náležitostiach uviesť, proti ktorému rozhodnutiu smeruje, v akom rozsahu sa napáda, v čom sa toto rozhodnutie alebo postup súdu považuje za nesprávny a čoho sa odvolateľ domáha.“ Správne poučenie znie: „Proti tomuto rozsudku je možno podať odvolanie do 15 dní odo dňa jeho doručenia prostredníctvom podpísaného súdu na Najvyšší súd SR v dvoch vyhotoveniach. V odvolaní sa má popri všeobecných náležitostiach uviesť, proti ktorému rozhodnutiu smeruje, v akom rozsahu sa napáda, v čom sa toto rozhodnutie alebo postup súdu považuje za nesprávny a čoho sa odvolateľ domáha.“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 .</w:t>
      </w:r>
    </w:p>
    <w:p/>
    <w:p>
      <w:r>
        <w:t>Zdroj: KAUZIS.SK – https://www.kauzis.sk/judikatura/r/ECLI:SK:KSBA:2012:8509204866.4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