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3K/303/2000 z 17. 10. 2013</w:t>
      </w:r>
    </w:p>
    <w:p>
      <w:r>
        <w:t>Uznesenie Krajského súdu Bratislava z 17. októbra 2013, sp. zn. 3K/303/2000, ECLI:SK:KSBA:2013:1000896494.2</w:t>
      </w:r>
    </w:p>
    <w:p>
      <w:r>
        <w:t>Súd: Krajský súd Bratislava</w:t>
      </w:r>
    </w:p>
    <w:p>
      <w:r>
        <w:t>Spisová značka: 3K/303/2000</w:t>
      </w:r>
    </w:p>
    <w:p>
      <w:r>
        <w:t>ECLI: ECLI:SK:KSBA:2013:1000896494.2</w:t>
      </w:r>
    </w:p>
    <w:p>
      <w:r>
        <w:t>Dátum vydania: 17. 10. 2013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3K/303/2000 Identifikačné číslo súdneho spisu: 1000896494 Dátum vydania rozhodnutia: 18. 10. 2013 Meno a priezvisko sudcu, VSÚ: JUDr. Eugen Palášthy ECLI: ECLI:SK:KSBA:2013:1000896494.2 Uznesenie Krajský súd v Bratislave v konkurznej veci úpadcu: SIETE s.r.o., sídlom Štverník 662, 906 13 Brezová pod Bradlom, IČO: 31 439 519, takto r o z h o d o l : Súd z r u š u j e konkurz vyhlásený uznesením tunajšieho súdu zo dňa 18.07.2001 pod č. k. 3K 303/00 - 65 z dôvodu, že majetok úpadcu nepostačuje na úhradu výdavkov a odmeny správcu konkurznej podstaty. Súd z b a v u j e JUDr. Fadi Fardousa sídlom AK Štúrova 21, 949 01 Nitra funkcie správcu konkurznej podstaty. o d ô v o d n e n i e : Správca konkurznej podstaty JUDr. Fadi Fardous dal dňa 11.10.2013 návrh na zrušenie vyhláseného konkurzu v zmysle § 44 ods. 1 písm. d/ zák. č. 328/1991 Zb. v znení neskorších predpisov. Uznesením Krajského súdu v Bratislave č.k. 3K 303/2000-325 bola dňa 16.07.2013 schválená konečná správa o speňažovaní konkurznej podstaty a o vyúčtovaní odmeny a výdavkov správcu konkurznej podstaty tak, ako ju predložil správca konkurznej podstaty JUDr. Fadi Fardous dňa 28.05.2013 (právoplatná dňa 27.08.2013), pričom hodnota speňaženého majetku úpadcu nepostačuje ani na úhradu výdavkov a odmeny správcu. V konkurznej podstate sa už nenachádza žiadny majetok. V zmysle § 44 ods. 1 písm. d/ zák. č. 328/1991 Zb. v platnom znení súd zruší konkurz, ak zistí, že majetok úpadcu nepostačuje na úhradu výdavkov a odmeny správcu, pričom sa neprihliada na veci a pohľadávky vylúčené z podstaty a podľa ods. 4 citovaného ustanovenia, súd zbaví správcu funkcie. Keďže správca konkurznej podstaty preukázal vo vyúčtovaní príjmov a výdavkov na vedení konkurzu, že majetok úpadcu nepostačuje na úhradu výdavkov a odmeny správcu v zmysle uvedených ustanovení, súd konkurz zrušil a správcu konkurznej podstaty zbavil funkcie. Zrušením konkurzu zanikajú účinky vyhlásenia konkurzu uvedené v § 14 zák. č. 328/1991 Zb. v znení neskorších predpisov. Na základe zoznamu prihlášok možno pre zabezpečenú pohľadávku po právoplatnosti uznesenia o zrušení konkurzu viesť výkon rozhodnutia na úpadcovo imanie (§ 45 ods. 1 zák. č. 328/1991 Zb. v znení neskorších predpisov). Poučenie: Proti tomuto rozhodnutiu možno podať odvolanie v lehote 30 dní od jeho publikovania v Obchodnom vestníku na Krajskom súde v Bratislave.</w:t>
      </w:r>
    </w:p>
    <w:p/>
    <w:p>
      <w:r>
        <w:t>Zdroj: KAUZIS.SK – https://www.kauzis.sk/judikatura/r/ECLI:SK:KSBA:2013:1000896494.2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