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3K/147/2000 z 15. 9. 2013</w:t>
      </w:r>
    </w:p>
    <w:p>
      <w:r>
        <w:t>Opravné uznesenie Krajského súdu Bratislava z 15. septembra 2013, sp. zn. 3K/147/2000, ECLI:SK:KSBA:2013:1000897749.2</w:t>
      </w:r>
    </w:p>
    <w:p>
      <w:r>
        <w:t>Súd: Krajský súd Bratislava</w:t>
      </w:r>
    </w:p>
    <w:p>
      <w:r>
        <w:t>Spisová značka: 3K/147/2000</w:t>
      </w:r>
    </w:p>
    <w:p>
      <w:r>
        <w:t>ECLI: ECLI:SK:KSBA:2013:1000897749.2</w:t>
      </w:r>
    </w:p>
    <w:p>
      <w:r>
        <w:t>Dátum vydania: 15. 9.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3K/147/2000 Identifikačné číslo súdneho spisu: 1000897749 Dátum vydania rozhodnutia: 16. 09. 2013 Meno a priezvisko sudcu, VSÚ: JUDr. Eugen Palášthy ECLI: ECLI:SK:KSBA:2013:1000897749.2 Opravné uznesenie Krajský súd v Bratislave v konkurznej veci úpadcu: Luna, štátny podnik v likvidácii, Štúrova 51, 949 01 Nitra, IČO: 00 608 254 takto r o z h o d o l : Súd o p r a v u j e dátum vydania uznesenia Krajského súdu v Bratislave č.k. 3K 147/2000-556 zo dňa 18.07.2012 o zrušení konkurzu tak, že správny je 18.07.2013. o d ô v o d n e n i e : Krajský súd v Bratislave vydal dňa 18.07.2013 pod č.k. 3K/147/2000-556 uznesenie o zrušení konkurzu, v písomnom vyhotovení ktorého prišlo k pochybeniu, keď namiesto dátumu vydania 18.07.2013 bol uvedený dátum 18.07.2012. V zmysle ustanovenia § 164 O.s.p. súd kedykoľvek aj bez návrhu opraví v rozsudku chyby v písaní a počítaní, ako aj iné zrejmé nesprávnosti. O oprave vydá opravné uznesenie, ktoré doručí účastníkom. Keďže ide o zrejmú nesprávnosť, súd rozhodol v zmysle citovaného ustanovenia opravným uznesením tak, ako je uvedené vo výroku tohto uznesenia. Poučenie: Proti tomuto uzneseniu je prípustné odvolanie v lehote 30 dní odo dňa zverejnenia v Obchodnom vestníku na Krajskom súde v Bratislave. Odvolanie musí spĺňať náležitosti ustanovené v § 205 O.s.p.</w:t>
      </w:r>
    </w:p>
    <w:p/>
    <w:p>
      <w:r>
        <w:t>Zdroj: KAUZIS.SK – https://www.kauzis.sk/judikatura/r/ECLI:SK:KSBA:2013:1000897749.2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