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7Cbs/20/2005 z 26. 3. 2013</w:t>
      </w:r>
    </w:p>
    <w:p>
      <w:r>
        <w:t>Uznesenie Krajského súdu Bratislava z 26. marca 2013, sp. zn. 7Cbs/20/2005, ECLI:SK:KSBA:2013:1004112751.2</w:t>
      </w:r>
    </w:p>
    <w:p>
      <w:r>
        <w:t>Súd: Krajský súd Bratislava</w:t>
      </w:r>
    </w:p>
    <w:p>
      <w:r>
        <w:t>Spisová značka: 7Cbs/20/2005</w:t>
      </w:r>
    </w:p>
    <w:p>
      <w:r>
        <w:t>ECLI: ECLI:SK:KSBA:2013:1004112751.2</w:t>
      </w:r>
    </w:p>
    <w:p>
      <w:r>
        <w:t>Dátum vydania: 26. 3. 2013</w:t>
      </w:r>
    </w:p>
    <w:p>
      <w:r>
        <w:t>Forma: Uznesenie</w:t>
      </w:r>
    </w:p>
    <w:p>
      <w:r>
        <w:t>Oblasť práva: Obchodné právo</w:t>
      </w:r>
    </w:p>
    <w:p>
      <w:pPr>
        <w:pStyle w:val="Heading2"/>
      </w:pPr>
      <w:r>
        <w:t>Text rozhodnutia</w:t>
      </w:r>
    </w:p>
    <w:p>
      <w:r>
        <w:t>Súd: Krajský súd Bratislava Spisová značka: 7Cbs/20/2005 Identifikačné číslo súdneho spisu: 1004112751 Dátum vydania rozhodnutia: 27. 03. 2013 Meno a priezvisko sudcu, VSÚ: JUDr. Jarmila Glončáková ECLI: ECLI:SK:KSBA:2013:1004112751.2 Uznesenie Krajský súd v Bratislave v právnej veci žalobcu v 1. rade T. P., bytom W. W. XXX a žalobcu 2. rade P. P., bytom W. W. XXX, zast. Advokátskou kanceláriou JUDr. Vladimír Žiak, advokát, Žilina, proti žalovanému 1. dôchodková, a. s., IČO 31 400 469, Nám. 1. mája 14, Bratislava o 932,98 Eur /28.107,- Sk/ s prísl. takto r o z h o d o l : Súd konanie zastavuje. Žalovanému sa nepriznáva náhrada trov konania. Žalobcovi sa vracia súdny poplatok v sume 39,94 Eur, po právoplatnosti uznesenia, prostredníctvom daňového úradu v Žiline. o d ô v o d n e n i e : Žalobcovia si žalobou došlou dňa 26.03.2004 na Okresný súd Bratislava I. v Bratislave uplatnili právo na zaplatenie 932,98 Eur z titulu odkúpenia akcií spolu s 13,5 % úrokom z omeškania od 30.06.2003 do zaplatenia. Z obsahu žaloby vyplýva, že žalobca v 1. rade uzatvoril so žalovaným zmluvu o odkúpení akcií č. 332300 003 dňa 28.06.1996, v ktorej bol ako nástupník žalobca v 2. rade. Podľa čl. I bod 1. zmluvy predal žalovaný žalobcovi v 1. rade 100 ks akcií 1. garantovanej, a. s. v nominálnej hodnote 100,- Sk za akciu, formou prevodu 15 akcií, v úhrnnej sume 4.875,- Sk a doplatkom k týmto akciám, finančnej sumy 5.125,- Sk, .t. j. spolu za 10.000,- Sk. Žalovaný sa podľa čl. II. ods. 1 zmluvy zaviazal po uplynutí doby 2 rokov spätne odkúpiť od žalobcu v 1. rade, predtým predané akcie a. s. 1. garantovaná za kúpnu cenu navýšenú o príslušný násobok podľa čl. II. ods. 2 zmluvy. Dovŕšením 18-teho roku veku a podpísaním dodatku - pokračovanie zmluvy č. 332300 003, dňa 18.06.1998 sa stal nástupníkom a pokračovateľom zmluvného vzťahu žalobca v 2. rade. Žalobca v 2. rade podľa čl. III. ods. 1 zmluvy zo dňa 18.06.2002 požiadal žalovaného, aby žalovaný od neho odkúpil naspäť akcie 1. garantovanej a. s. Žalovaný s odkúpením akcií súhlasil, listom zo dňa 27.09.2002 oznámil žalobcovi cenu za odkúpenie akcií v sume 28.107,- Sk, svoj záväzok voči žalobcovi uznal a navrhol dohodu o splácaní. Podľa dohody prvú splátku 30 % z kúpnej ceny zaplatí do 10 dní po podpísaní a zostatok v troch splátkach najneskôr do 30.06.2003. Žalovaný svoj záväzok, napriek výzve žalobcu nesplnil. Podaním zo dňa 01.12.2004 žalobcovia spresnili petit žaloby. Súd uznesením zo dňa 27.10.2005 prerušil konanie z dôvodu vyhlásenia konkurzu na majetok žalovaného. Krajský súd v Bratislave uznesením zo dňa 15.05.2012 č. k. 1K /136/2004-1899 zrušil konkurz vyhlásený na žalovaného z dôvodu, že tu ie sú predpoklady pre konkurz. Pred začatím pojednávania vo veci samej žalobcovia podaním zo dňa 27.03.2013 zobrali žalobu v celom rozsahu späť. Súd v súlade s ust. § 96 ods. 1,3 OSP konanie zastavil. Výrok o náhrade trov konania sa zakladá na ust. § 146 ods. 2 OSP. Žalovaný neuviedol dôvody späťvzatia žaloby /konkurz na majetok žalovaného, bol zrušený/. Vzhľadom k tomu, že náhradu trov konania si žalovaný neuplatnil, súd rozhodol, že žalovanému sa nepriznáva náhrada trov konania. Podľa ust. § 11 ods. 3, 4 zákona č. 71/1992 Zb. v znení jeho zmien a doplnkov sa žalobcovi vracia súdny poplatok v sume 39,94 Eur, po právoplatnosti uznesenia prostredníctvom Daňového úradu v Žiline. Poučenie: Proti tomuto uzneseniu je možné podať odvolanie do 15 dní odo dňa doručenia uznesenia na Krajskom súde v Bratislave. V odvolaní sa má popri všeobecných náležitostiach /§ 42 ods. 3 OSP/ uviesť, v čom sa toto rozhodnutie ,alebo postup súdu považuje za nesprávny a čoho sa odvolateľ domáha. Odvolanie je potrebné odôvodniť podľa ust. § 205 ods. 2 OSP.</w:t>
      </w:r>
    </w:p>
    <w:p/>
    <w:p>
      <w:r>
        <w:t>Zdroj: KAUZIS.SK – https://www.kauzis.sk/judikatura/r/ECLI:SK:KSBA:2013:1004112751.2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