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3Cbm/39/2004 z 26. 12. 2013</w:t>
      </w:r>
    </w:p>
    <w:p>
      <w:r>
        <w:t>Uznesenie Krajského súdu Bratislava z 26. decembra 2013, sp. zn. 3Cbm/39/2004, ECLI:SK:KSBA:2013:1004115182.18</w:t>
      </w:r>
    </w:p>
    <w:p>
      <w:r>
        <w:t>Súd: Krajský súd Bratislava</w:t>
      </w:r>
    </w:p>
    <w:p>
      <w:r>
        <w:t>Spisová značka: 3Cbm/39/2004</w:t>
      </w:r>
    </w:p>
    <w:p>
      <w:r>
        <w:t>ECLI: ECLI:SK:KSBA:2013:1004115182.18</w:t>
      </w:r>
    </w:p>
    <w:p>
      <w:r>
        <w:t>Dátum vydania: 26. 12.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3Cbm/39/2004 Identifikačné číslo súdneho spisu: 1004115182 Dátum vydania rozhodnutia: 27. 12. 2013 Meno a priezvisko sudcu, VSÚ: JUDr. Peter Pospech ECLI: ECLI:SK:KSBA:2013:1004115182.18 Uznesenie Krajský súd v Bratislave, pred samosudcom JUDr. Petrom Pospechom, v právnej veci žalobcu : Slovenský filmový ústav, príspevková organizácia, Grösslingova 32, Bratislava, IČO: 00 891 444, zast. JUDr. Milanom Švecom, advokátom, Vajnorská 98/D, Bratislava, proti žalovanému : JAKUBISKO FILM, s.r.o., Nad Údolím 113/72, Praha 4, Česká republika, IČO: 47 548 819, zast. Mgr. Máriou Karcolovou, advokátkou, Panenská 8, Bratislava, o zaplatenie 12.002,26 Eur (361.580,- Sk) s príslušenstvom, o náhrade trov konania, takto r o z h o d o l : Žalobca je povinný zaplatiť žalovanému trovy konania v celkovej výške 6.210,43 Eur a to na účet právneho zástupcu žalovaného, Mgr. Márie Karcolovej, č.ú. XXX XXX XXXX/XXXX, vedený v peňažnom ústave K., W..S.. a to do 3 dní od právoplatnosti rozhodnutia. o d ô v o d n e n i e : Krajský súd v Bratislave, uznesením zo dňa 31.12.2010, č.k. 3Cbm/39/2004-352, uložil žalobcovi povinnosť zaplatiť žalovanému trovy konania v celkovej výške 5.856,49 Eur, na účet právnej zástupkyne žalovaného do 3 dní od právoplatnosti rozhodnutia, V odôvodnení rozhodnutia skonštatoval, že rozsudkom zo dňa 13.7.2011, č.k. 3Cbm/39/2004 žalobu zamietol a žalobcovi uložil povinnosť zaplatiť žalovanému trovy konania v celkovej sume 5.149,- Eur. Po odvolaní žalobcu, odvolací súd rozsudkom zo dňa 26.9.2012, sp. zn. 4Obo/78/2011, rozsudok Krajského súdu v Bratislave vo veci samej potvrdil a vo výroku o trovách konania napadnutý rozsudok zrušil a vec mu vrátil na nové konanie, keďže v tejto časti bol rozsudok nepreskúmateľný pre nedostatočné odôvodnenie. V novom rozhodnutí krajský súd uviedol, že dňa 27.12.2012 mu žalovaný predložil špecifikáciu trov konania a konajúci súd prvého stupňa opätovne rozhodol svojim uznesením zo dňa 31.12.2012 tak, že vzhľadom na úspešnosť žalovaného v predmetnom konaní, mu konajúci súd priznal v súlade s ust. § 142 ods. 1 OSP trovy konania celkom v sume 5.856,49 Eur. Proti tomuto uzneseniu podal žalobca odvolanie z dôvodu, že Krajský súd v Bratislave opätovne nezdôvodnil svoje rozhodnutie a z uznesenia nie je možné zistiť, za koľko právnych úkonov a za aké právne úkony priznal žalovanému trovy konania. Navrhol, aby odvolací súd rozhodnutie súdu prvého stupňa zrušil a vec vrátil súdu prvého stupňa na nové konanie a rozhodnutie. Žalovaný sa k podanému odvolaniu písomne nevyjadril. Najvyšší súd SR svojim uznesením č.k. 4Obo/15/2013, uznesenie Krajského súdu v Bratislave zo dňa 31.12.2012, č.k. 3Cbm/39/2004 zrušil a vec vrátil súdu prvého stupňa na nové konanie a rozhodnutie. Odvolací súd dospel k záveru, že odvolanie žalobcu je dôvodné s tým, že odôvodnenie napadnutého rozhodnutia neobsahuje skutočnosti, umožňujúce preskúmať správnosť priznaných trov konania. V novom konaní bude teda úlohou súdu prvého stupňa opätovne o náhrade trov konania rozhodnúť a v odôvodnení rozhodnutia podľa § 157 ods. 2 OSP uviesť ustanovenie právneho predpisu a výšku odmeny a náhrad za jednotlivé konkrétne úkony právnej služby. Dňa 18.12.2013 súd prvého stupňa obdržal písomné podanie - špecifikáciu trov konania, uplatňovaných zo strany žalovaného v konaní, o zaplatenie sumy 12.002,26 Eur (361.580,- Sk). V zmysle vyhl. MS SR č. 163/2002 Z.z. a vyhl. MS SR č. 655/2004 Z.z., si vo vzťahu k časti predmetného konania - prvostupňového rozhodovania vo veci samej, do odvolania žalobcu zo dňa 10.8.2011, uplatňuje žalovaný trovy právneho zastúpenia v celkovej výške 4.429,32 Eur s DPH a to za úkony právnej služby, poskytované žalovanému v rokoch 2004, 2005, 2007, 2008 a 2011, v zmysle prílohy, špecifikácia trov právneho zastúpenia žalovaného. Ide teda o právne úkony : - október 2004 - prevzatie a príprava práv. zastúpenia, alebo obhajoby, vrátane prvej porady s klientom, podľa § 16 ods. 1, písm. a/ vyhl. MS SR č.163/2002 Z.z. o odmenách a náhradách advokátov za poskytovanie práv. služieb v tarif. hodnote 274,38 Eur + paušál. náhrada 4,32 Eur, - 28.10.2004 - písomné podanie na súd vo veci samej, podľa § 16 ods. 1 písm. c/ vyhl. MS SR č.163/2002 Z.z. o odmenách a náhradách advokátov za poskytovanie práv. služieb v tarif. hodnote 274,38 Eur + paušál. náhrada 4,32 Eur, - 23.03.2005 - účasť na pojednávaní pred súdom (§ 14 ods. 1 písm. c/ vyhl. 655/2004 Z.z. o odmenách a náhradách advokátov) - 287,13 Eur + 4,98 Eur réžij. paušál, - 10.01.2007 - písomné podanie vo veci samej - 287,13 Eur + 5,92 Eur réžij. paušál, - 10.01.2007 - účasť na pojednávaní pred súdom - 287,13 Eur + 5,92 Eur réžij. paušál , - 18.10.2007 - písomné podanie na súd vo veci samej - 287,13 Eur + 5,92 Eur réžij. paušál , - 31.10.2007 - účasť na pojednávaní pred súdom (§ 14 ods. 1 písm. b/ vyhl. MS SR č. 655/2004 Z.z.) - 287,13 Eur + + 5,92 Eur réžij. paušál, - 23.1.2008 - písomné podanie vo veci samej (§ 14 ods. 1 písm. b/ vyhl. MS SR č. 655/2004 Z.z.) - 287,13 Eur + 6,32 Eur réžij. paušál, - 15.2.2008 - písomné podanie vo veci samej (§ 14 ods. 1 písm. b/ vyhl. MS SR č. 655/2004 Z.z.) - 287,13 Eur + 6,32 Eur réžij. paušál, - máj 2011 - ďalšia porada s klientom, za každú skončenú hodinu v zmysle § 14 ods. 2 písm. a/ vyhl. MS SR č. 655/2004 Z.z. - 191,43 Eur + réžij. paušál 7,41 Eur, - 1.6.2011 - účasť na pojednávaní (§ 14 ods. 1 písm. c/ vyhl. MS SR č. 655/2004 Z.z) - tarif. hodnota 287,14 Eur + 7,41 Eur réžij. paušál, - 21.6.2011 - písomné podanie vo veci samej (§ 14 ods. 1 písm. c/ vyhl. MS SR č. 655/2004 Z.z), v tarif. hodnote 287,14 Eur + 7,41 Eur réžij. paušál, - 13.7.2011 - účasť na pojednávaní podľa § 14 ods. 1 písm. c/ vyhl. MS SR č. 655/2004 Z.z - tarif. hodnota 287,14 Eur + 7,41 Eur réžij. paušál. Druhostupňové konanie po odvolaní žalobcu dňa 10.08.23011 - 28.8.2011 - písomné podanie na súd, týkajúce sa veci samej (§ 14 ods. 1 písm. b/ vyhl. MS SR č. 655/2004 Z.z.) - tarif. hodnota 287,14 Eur + 7,41 Eur réžij. paušál. Prvostupňové konanie o trovách po vrátení veci - 26.11.2012 - písomné podanie vo veci samej (§ 14 ods. 1 písm. c/ vyhl. MS SR č. 655/2004 Z.z), v tarif. hodnote 287,14 Eur + 7,63 Eur réžij. paušál. Prvostupňové konanie o trovách po druhom vrátení veci - 17.12.2013 - písomné podanie vo veci samej (§ 14 ods. 1 písm. c/ vyhl. MS SR č. 655/2004 Z.z), v tarif. hodnote 287,14 Eur + 7,81 Eur réžij. paušál. Trovy právneho zastúpenia žalovaného predstavujú celkom sumu 6.210,43 Eur. Žalobca je povinný zaplatiť žalovanému trovy konania v celkovej výške 6.210,43 Eur a to na účet právneho zástupcu žalovaného, Mgr. Márie Karcolovej, číslo účtu XXX XXX XXXX/XXXX, vedený v peňažnom ústave K., W..S.., a to do 3 dní od právoplatnosti rozhodnutia, podľa § 142 ods. 1 OSP. Poučenie: Proti tomuto uzneseniu je možné podať odvolanie v lehote 15 dní od jeho doručenia na Krajskom súde v Bratislave, písomne, dvojmo. V odvolaní sa má uviesť okrem všeobecných náležitostí ( § 42 ods. 3 OSP), proti ktorému rozhodnutiu odvolanie smeruje, v akom rozsahu ho odvolávateľ napáda a v čom vidí odvolávateľ nesprávnosť postupu a rozhodnutia súdu.</w:t>
      </w:r>
    </w:p>
    <w:p/>
    <w:p>
      <w:r>
        <w:t>Zdroj: KAUZIS.SK – https://www.kauzis.sk/judikatura/r/ECLI:SK:KSBA:2013:1004115182.18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