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1S/294/2004 z 5. 6. 2013</w:t>
      </w:r>
    </w:p>
    <w:p>
      <w:r>
        <w:t>Uznesenie Krajského súdu Bratislava z 5. júna 2013, sp. zn. 1S/294/2004, ECLI:SK:KSBA:2013:1004116309.2</w:t>
      </w:r>
    </w:p>
    <w:p>
      <w:r>
        <w:t>Súd: Krajský súd Bratislava</w:t>
      </w:r>
    </w:p>
    <w:p>
      <w:r>
        <w:t>Spisová značka: 1S/294/2004</w:t>
      </w:r>
    </w:p>
    <w:p>
      <w:r>
        <w:t>ECLI: ECLI:SK:KSBA:2013:1004116309.2</w:t>
      </w:r>
    </w:p>
    <w:p>
      <w:r>
        <w:t>Dátum vydania: 5. 6.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1S/294/2004 Identifikačné číslo súdneho spisu: 1004116309 Dátum vydania rozhodnutia: 06. 06. 2013 Meno a priezvisko sudcu, VSÚ: JUDr. Nora Halmová ECLI: ECLI:SK:KSBA:2013:1004116309.2 Uznesenie Krajský súd v Bratislave v právnej veci žalobcov: 1/ L. Q., B. XX/XX, XXX XX W., právne zastúpený: JUDr. Jozef Uj, Legionárska 14, 911 01 Trenčín, 2/ B. B., E. X, XXX XX Z., 3/ L. F., Q. XXX, XXX XX Q., obaja zastúpení advokátom: JUDr. Milan Valašik, advokát so sídlom 29. augusta 5, 811 08 Bratislava, proti žalovanému: Finančné riaditeľstvo Slovenskej republiky, Lazovná 63, 974 01 Banská Bystrica, o preskúmanie zákonnosti rozhodnutia žalovaného č. 12598/04-1410 zo dňa 16.07.2004, takto r o z h o d o l : Krajský súd v Bratislave p r i b e r á do konania účastníka správneho konania : 1. L. O., G. XX, XXX XX Z.. o d ô v o d n e n i e : Žalobou pôvodne podanou Najvyššiemu súdu Slovenskej republiky dňa 13.08.2004, uznesením sp.zn. 4 Sž 129/04 zo dňa 30.08.2004 postúpenou tunajšiemu súdu, sa žalobca domáhal preskúmania rozhodnutia žalovaného č. 12598/04-1410 zo dňa 16.07.2004, ktorým žalovaný (pôvodne Colné riaditeľstvo SR) potvrdil rozhodnutie Colného úradu č. 1835/2004-520110/5-33 zo dňa 22.01.2004. Konanie o uvedenej žalobe sa vedie na tunajšom súde pod sp. zn. 1S 294/2004. Žalobou doručenou Najvyššiemu súdu Slovenskej republiky dňa 24.09.2004 sa B. B., E. X, Z. a L. F., Q. XXX, Q. ako žalobcovia, zastúpení JUDr. Milanom Valašikom, advokátom, 29. augusta 5, Bratislava domáhali preskúmania zákonnosti rozhodnutia žalovaného č. 12598/04-1410 zo dňa 16.07.2004, ktorým bolo potvrdené rozhodnutie Colného úradu Bratislava č. 1835/2004-520110/5-33 zo dňa 22.01.2004 o vymeraní colného dlhu vo výške X XXX XXX,-Sk. Uznesením Najvyššieho súdu Slovenskej republiky sp.zn. 1Sž 85/04 zo dňa 30.11.2004 bola vec postúpená Krajskému súdu v Bratislave. Konanie o uvedenej žalobe sa viedlo na tunajšom súde pod sp. zn. 1S 384/2004. Krajský súd v Bratislave uznesením č.k. 1S 294/2004-24 zo dňa 28.05.2010 spojil na spoločné konanie veci o preskúmanie zákonnosti rozhodnutia žalovaného č. 12598/04-1410 zo dňa 16.07.2004, vedené na tunajšom súde pod sp. zn. 1S 294/2004 a 1S 384/2004 na spoločné konanie s tým, že ďalej sú vedené pod sp. zn. 1S 294/2004. Prvostupňový správny orgán rozhodnutím č. 1835/2004-520110/5-33 zo dňa 22.01.2004 vymeral právnickej osobe S.C.IMIRON TRANS S.R.L., Str. Victor Deleu Nr. 27, Zalau Salaj, Rumunsko a fyzickým osobám L. F., Q. XXX, Q., L. O., G. XX, Z., L. B., E., Z. a L. Q., B. XX/XX, W. colný dlh vo výške X XXX XXX,-Sk spoločne a nerozdielne ako solidárnym dlžníkom. Na základe uvedeného treba vychádzať zo skutočnosti, že týmito rozhodnutiami bola založená solidárna zodpovednosť všetkých osôb zodpovedných na zaplatenie colného dlhu. Podľa § 250 ods. 1 O.s.p. účastníkmi konania sú žalobca a žalovaný. Súd aj bez návrhu uznesením priberie do konania účastníka správneho konania, ktorého práva a povinnosti by mohli byť zrušením správneho rozhodnutia dotknuté. Podľa § 250 ods. 3 veta druhá O.s.p. účastníkmi konania sú tiež tí, na ktorých sa pre nerozlučné spoločenstvo práv so žalobcom musí tiež vzťahovať rozhodnutie a postup súdu (§ 91 ods. 2 O.s.p.). Podaním doručeným tunajšiemu súdu dňa 07.02.2012 Veľvyslanectvo Slovenskej republiky v Rumunsku zaslalo odpoveď na žiadosť tunajšieho súdu o preverenie existencie obchodnej spoločnosti S.C.IMIRON TRANS S.R.L., Rumunsko s tým, že predmetná obchodná spoločnosť zanikla bez právneho nástupcu. Nakoľko sa rozhodnutie žalovaného i prvostupňového správneho orgánu vzťahuje na všetkých účastníkov konania pred správnym orgánom spoločne zodpovedných za zaplatenie colného dlhu a teda zakladá spoločné povinnosti, má súd za to, že v tomto prípade ide o nerozlučné spoločenstvo účastníkov, a preto súd musí postupovať v súlade s vyššie citovaných zákonným ustanovením § 250 ods. 3 veta druhá OSP. Súd postupoval v súlade s citovaným ustanovením, a preto rozhodol tak, ako je uvedené vo výroku tohto uznesenia. Poučenie: Proti tomuto uzneseniu nie je možné podať odvolanie.</w:t>
      </w:r>
    </w:p>
    <w:p/>
    <w:p>
      <w:r>
        <w:t>Zdroj: KAUZIS.SK – https://www.kauzis.sk/judikatura/r/ECLI:SK:KSBA:2013:1004116309.2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