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4Cb/9/2004 z 13. 2. 2013</w:t>
      </w:r>
    </w:p>
    <w:p>
      <w:r>
        <w:t>Uznesenie Krajského súdu Bratislava z 13. februára 2013, sp. zn. 4Cb/9/2004, ECLI:SK:KSBA:2013:1004896059.3</w:t>
      </w:r>
    </w:p>
    <w:p>
      <w:r>
        <w:t>Súd: Krajský súd Bratislava</w:t>
      </w:r>
    </w:p>
    <w:p>
      <w:r>
        <w:t>Spisová značka: 4Cb/9/2004</w:t>
      </w:r>
    </w:p>
    <w:p>
      <w:r>
        <w:t>ECLI: ECLI:SK:KSBA:2013:1004896059.3</w:t>
      </w:r>
    </w:p>
    <w:p>
      <w:r>
        <w:t>Dátum vydania: 13. 2.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4Cb/9/2004 Identifikačné číslo súdneho spisu: 1004896059 Dátum vydania rozhodnutia: 14. 02. 2013 Meno a priezvisko sudcu, VSÚ: JUDr. Peter Pospech ECLI: ECLI:SK:KSBA:2013:1004896059.3 Uznesenie Krajský súd v Bratislave pred samosudcom JUDr. Petrom Pospechom, v právnej veci navrhovateľky : S. C., H.. XX.XX.XXXX, C. Z. H..Č.. XX, Ž. (dedička po pôvodnej navrhovateľke N. C.) proti odporcovi : 1. dôchodková, a.s., Nám. 1 Mája 14, 811 06 Bratislava, IČO: 31 400 469, v spore o zaplatenie sumy 52.710,- Sk (1.1749,65 Eur) istiny s príslušenstvom r o z h o d o l : Súd konanie z a s t a v u j e. Žiaden z účastníkov nemá právo na náhradu trov konania. Navrhovateľke sa vracia súdny poplatok, krátený o 6,63 Eur, t.j. v sume 80,83 Eur, ktorý bude vrátený prostredníctvom Daňového úradu Žilina, po právoplatnosti uznesenia. o d ô v o d n e n i e : Žalobným návrhom došlým dňa 11.11.2003 Krajskému súdu v Bratislave, si pôvodná navrhovateľka uplatnila nárok na priznanie čiastky 52.710,- Sk istiny, na základe uzatvorenej Zmluvy o odkúpení akcií 1. garantovanej a.s., č. M. XXXXXX XXX, v znení dodatku zo dňa 29.3.2001 V predmetnej veci bol konajúcim súdom vydaný platobný rozkaz pod č.k. 15 Rob/304/03 zo dňa 29.12.2003, proti ktorému podal žalovaný odpor, v ktorom žiadal zrušiť vydaný platobný rozkaz a žalobný návrh zamietnuť ako nedôvodný. Uznesením Krajského súdu v Bratislave č.k. 4Cb/9/2004 zo dňa 3.12.2004 konajúci súd predmetné konanie prerušil až do právoplatného skončenia dedičského konania a toto uznesenie nadobudlo právoplatnosť dňa 29.12.2004. Právnej nástupkyni po pôvodnej navrhovateľke bola adresovaná výzva konajúceho súdu dňa 17.2.2006 s tým, aby bolo súdu oznámené, či bolo skončené dedičské konanie po zosnulej N. C. a súčasne bolo navrhovateľke oznámené, že dňa 29.3.2005 bol na majetok odporcu vyhlásený konkurz. Listom došlým súdu dňa 28.6.2006 bolo JUDr. S. C. zaslané právoplatné dedičské osvedčenie pod č.k. XD/XXXX/XXXX M. H. a súčasne bola súdu oznámená adresa pre doručovanie - XXX XX S. H. V., Č..M.. XXX. Súčasne novooznačená navrhovateľka súdu oznámila, že na žalobe v celom rozsahu trvá. Konajúci súd preveril, či si navrhovateľka neuplatnila svoju pohľadávku v konkurznom konaní a zistil, že navrhovateľka si neuplatnila svoju pohľadávku v konkurznom konaní. Uznesením konkurzného Krajského súdu v Bratislave, pod č.k. 1K/136/2004 zo dňa 15.5.2012 bolo rozhodnuté o zrušení konkurzu na majetok úpadcu, vyhlásený uznesením Krajského súdu v Bratislave pod č.k. 1K/136/2004 zo dňa 29.3.2005 z dôvodu, že tu nie sú predpoklady na konkurz z dôvodu nedostatku majetku úpadcu, ktorý by postačil na krytie nákladov konania a súčasne zbavil JUDr. Petra Kubíka funkcie SKP úpadcu. Pred pojednávaním v predmetnej veci a po zvážení, novooznačená navrhovateľka zobrala svoj návrh v celom rozsahu späť a konanie žiadala zastaviť podľa § 96 ods. 1 OSP. Podľa § 96 ods. 1 OSP navrhovateľ môže vziať za konania návrh späť na jeho začatie a to z časti, alebo celkom. Ak je návrh vzatý späť celkom, súd konanie zastaví. Ak je návrh vzatý späť z časti, súd konanie v tejto časti zastaví. Vzhľadom k späťvzatiu návrhu v celom rozsahu pred prvým pojednávaním, súd konanie zastavil podľa § 96 ods. 1 OSP. Výrok o trovách konania oprel o ust. § 146 ods. 1 písm. c) OSP a žiadnemu z účastníkov nepriznal náhradu trov konania. Konajúci súd rozhodol o vrátení súdneho poplatku, kráteného o sumu 6,63 Eur v sume 80,83 Eur, ktorý bude navrhovateľke vrátený prostredníctvom Daňového úradu Žilina a to do 3 dní od právoplatnosti rozhodnutia, podľa § 11 zákona č. 71/1992 Zb. o súdnych poplatkoch, v znení neskorších predpisov. Poučenie: Proti tomuto uzneseniu je možné podať odvolanie v lehote 15 dní od jeho doručenia, na Krajskom súde v Bratislave, písomne, dvojmo.</w:t>
      </w:r>
    </w:p>
    <w:p/>
    <w:p>
      <w:r>
        <w:t>Zdroj: KAUZIS.SK – https://www.kauzis.sk/judikatura/r/ECLI:SK:KSBA:2013:1004896059.3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