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1Cb/30/2004 z 13. 3. 2013</w:t>
      </w:r>
    </w:p>
    <w:p>
      <w:r>
        <w:t>Rozsudok Krajského súdu Bratislava z 13. marca 2013, sp. zn. 1Cb/30/2004, ECLI:SK:KSBA:2013:1004896071.4</w:t>
      </w:r>
    </w:p>
    <w:p>
      <w:r>
        <w:t>Súd: Krajský súd Bratislava</w:t>
      </w:r>
    </w:p>
    <w:p>
      <w:r>
        <w:t>Spisová značka: 1Cb/30/2004</w:t>
      </w:r>
    </w:p>
    <w:p>
      <w:r>
        <w:t>ECLI: ECLI:SK:KSBA:2013:1004896071.4</w:t>
      </w:r>
    </w:p>
    <w:p>
      <w:r>
        <w:t>Dátum vydania: 13. 3. 2013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1Cb/30/2004 Identifikačné číslo súdneho spisu: 1004896071 Dátum vydania rozhodnutia: 14. 03. 2013 Meno a priezvisko sudcu, VSÚ: JUDr. Peter Pospech ECLI: ECLI:SK:KSBA:2013:1004896071.4 ROZSUDOK V MENE SLOVENSKEJ REPUBLIKY Krajský súd v Bratislave pred samosudcom JUDr. Petrom Pospechom, v právnej veci žalobcu: R. R., C..Č.. XXXXXX/XXX, F. Y.. C.. Š.W. XXXX/XX, XXX XX A., práv. zast. JUDr. Jaroslavom Kováčom, Lihoveckého 4, Zvolen, proti žalovanému: 1. dôchodková, a.s., Nám. 1. mája č. 14, 811 06 Bratislava, IČO: 31 400 469, o zaplatenie sumy 7.256,35 Eur (218.605,- Sk) istiny s príslušenstvom r o z h o d o l : Žalovaný, 1. dôchodková, a.s. Bratislava, je povinný zaplatiť žalobcovi Jánovi Jasovi, Zvolen, sumu 7.256,35 Eur (218.605,- Sk), s 13 % p.a. úrokom z omeškania, od 01.07.2003 do zaplatenia dlžnej sumy a to do 3 dní od právoplatnosti rozhodnutia.. O trovách konania súd rozhodne samostatným uznesením po obdržaní písomnej špecifikácie. o d ô v o d n e n i e : Žalobným návrhom, došlým pôvodne Okresnému súdu Bratislava I dňa 11.12.2003, si žalobca uplatnil nárok na zaplatenie celkovej sumy 218.605,- Sk istiny na základe uzatvorených zmlúv o odkúpení akcií 1. garantovanej, a.s., č. H. XXXXXXXXX za kúpnu cenu 40.000,- Sk s výnosom 1,72 dňa 28.8.2000, číslo H. XXXXXXXXX za kúpnu cenu 140.000,- Sk a výnosom 1,72 dňa 27.9.2000 a číslo H. XXXXXXXXX s výnosom 1,63 dňa 13.3.2001. Dňa 28.2.2002 požiadal žalobca podľa čl. II bod 2 uvedených zmlúv žalovaného o splnenie jeho záväzku predčasne odkúpiť akcie 1. garantovanej, a.s. s tým, že žalovaný za ne vyplatí do 3 mesiacov odo dňa, ku ktorému žalobca požiada o ich odkúpenie alikvotnu finančnú čiastku, zníženú o poplatok vo výške 10%. Na základe uvedených zmlúv splatnosť záväzku žalovaného u zmluvy č.H. XXXXXXXXX vo výške 46.432,- Sk nastala dňom 4.6.2002, u zmluvy číslo H. XXXXXXXXX vo výške 160.526,- Sk nastala dňom 4.6.2002 a u zmluvy č. H. XXXXXXXXX vo výške 105.336,- Sk nastala dňom 14.6.2002. Dňa 9.9.2002 žalobca ako veriteľ a žalovaný ako dlžník, podpísali dohodu o splácaní, kde sa žalovaný zaviazal dlžné sumy uvedené v bode III tohto návrhu vysporiadať tak, že 30% z uvedených dlžných súd uhradí do 10 pracovných dní od podpisu tejto dohody a zostávajúcich 70% dlžnej sumy v 3 splátkach, najneskôr do 30.6.2003. Dlžníkom uznaný záväzok vo výške 30% zo všetkých uzavretých zmlúv obdržal žalobca dňa 1.10.2002. Vzhľadom k nesplneniu zmluvného záväzku v lehote splatnosti, súčasťou nároku žalobcu je aj úrok z omeškania, po úprave vo výške 13% od splatnosti až do zaplatenia dlžnej sumy. Písomným podaním zo dňa 29.12.2003, vyslovil pôvodne konajúci Okresný súd Bratislava I svoju vecnú nepríslušnosť podľa § 9 ods. 3 písm.g/ OSP a spor odstúpil na ďalšie konanie Krajskému súdu v Bratislave. Krajský súd v Bratislave, ako súd vecne a miestne príslušný na konanie zistil, že predmetom sporu je zaplatenie sumy 218.605,- Sk istiny s príslušenstvom - 13% úrokom z omeškania, od 1.7.2003 do zaplatenia dlžnej sumy na základe uzatvorených zmlúv o odkúpení akcií 1. garantovanej, a.s., č. H. XXXXXXXXX zo dňa 28.8.2000, číslo H. XXXXXXXXX zo dňa 27.9.2000 a číslo H. XXXXXXXXX zo dňa 13.3.2001. Dňa 9.3.2004 žalobca doručil konajúcemu súdu návrh na vydanie predbežného opatrenia s tým, aby súd uložil žalovanému povinnosť do 3 dní od doručenia tohto predbežného opatrenia zložiť peňažnú sumu vo výške 218.605,- Sk do súdnej úschovy. O tomto predbežnom opatrení konajúci súd rozhodol uznesením č.k. 1Cb/30/2004 zo dňa 8.4.2004 tak, že návrhu na vydanie predbežného opatrenia vyhovel a predmetným uznesením uložil žalovanému povinnosť zložiť do súdnej úschovy sumu 218.605,- Sk do 3 dní od doručenia uznesenia. Toto uznesenie nadobudlo právoplatnosť dňa 11.10.2004. Súčasne žalobca požiadal o oslobodenie od zaplatenia súdneho poplatku za žalobný návrh. Proti tomuto uzneseniu podal odvolanie žalovaný a uznesením odvolacieho súdu NS SR, odvolací súd uznesenie Krajského súdu v Bratislave potvrdil ako vecne správne uznesením č.k. 5Obo/215/2004, zo dňa 31.8.2004. O návrhu na oslobodenie žalobcu od zaplatenia súdneho poplatku za žalobný návrh, konajúci súd rozhodol uznesením pod č.k. 1Cb/30/2004 s tým, že žalobcovi oslobodenie od zaplatenia súdneho poplatku nepriznal. Proti tomuto uzneseniu podal žalobca odvolanie a odvolací súd uznesením pod č.k. 4 Obo/145/2005 zo dňa 27.4.2006 o odvolaní rozhodol tak, že uznesenie Krajského súdu v Bratislave zmenil a žalobcovi priznal oslobodenie od zaplatenia súdneho poplatku za žalobný návrh. Na majetok žalovaného bol vyhlásený konkurz pod č.k. 1K/136/2004, a preto bolo konanie v predmetnej veci prerušené podľa § 14 zákona o konkurze a vyrovnaní. Vzhľadom k prevereniu, či si žalobca neuplatnil svoju pohľadávku v rámci konkurzného konania súd zistil, že žalobca ako veriteľ si uplatnil svoju pohľadávku v konkurznom konaní v sume 218.605,- Sk a táto bola v celom rozsahu SKP popretá. Žalobou, podanou na súde dňa 9.1.2007 pod sp. zn. 6Cbi/9/2007, si žalobca uplatnil právo na určenie pravosti pohľadávky v sume 218.605,- Sk a rozsudkom Krajského súdu v Bratislave 6Cbi/9/2007 zo dňa 15.5.2008 súd rozhodol, že pohľadávka v sume 186.311,- Sk je oprávnená ako pohľadávka 1. triedy. Vo zvyšku bola žaloba zamietnutá. Najvyšší súd v Bratislave toto rozhodnutie potvrdil rozsudkom pod č.k. 3Obo/14/2009 zo dňa 26.11.2009. Po výzve súdu písomným podaním zo dňa 15.7.2010 žalobca súdu oznámil, že trvá na podanom návrhu a zároveň trvá na uhradení úrokov z omeškania do dňa vyhlásenia konkurzu. Uznesením konkurzného súdu - Krajského súdu v Bratislave, pod č.k. 1K 136/2004 zo dňa 15.5.2012 bol zrušený konkurz na majetok úpadcu - žalovaného z dôvodu, že tu nie sú predpoklady pre konkurz z dôvodu nemajetnosti a súčasne zbavil JUDr. Petra Kubíka funkcie SKP. Pojednávania v predmetnej veci sa zúčastnil právny zástupca žalobcu, ktorý počas konania upravil výšku úroku z omeškania na 13% p.a. z dlžnej sumy 218.605,- Sk od 1.7.2003. Žalovaný sa pojednávania v predmetnej veci nezúčastnil a k vykázaniu doručenia u žalovaného došlo podľa § 48 ods. 2 OSP. Konajúci súd po prijatí procesného uznesenia podľa § 101 ods. 2 OSP konal a rozhodol podľa stavu ku dňu rozhodnutia podľa § 154 OSP. Súčasne zistil, že v čase rozhodnutia sporu žalovaný nebol vymazaný z obchodného registra. Po vykonanom dokazovaní konajúci súd zistil, že žalovaný si nesplnil svoje zmluvné povinnosti z uzavretých zmlúv o odkúpení akcií 1. garantovanej a.s. a preto ho konajúci súd zaviazal k zaplateniu dlžnej sumy 7.256,35 Eur (218.605,- Sk). Vzhľadom k nezaplateniu dlžnej sumy v lehote splatnosti, priznal konajúci súd žalobcovi úrok z omeškania vo výške 13% z dlžnej sumy od 1.7.2003 do zaplatenia. Výrok o nákladoch konania súd oprel o úspešnosť žalobcu v spore, ktorému priznal trovy konania podľa písomnej špecifikácie, o ktorých rozhodne po jej doručení a podľa § 142 ods. 1 OSP. Poučenie: Proti tomuto rozhodnutiu možno podať odvolanie do 15 dní od jeho doručenia na Krajskom súde v Bratislave, písomne dvojmo. V odvolaní sa má uviesť okrem všeobecných náležitostí (§42 ods. 3 OSP), proti ktorému rozhodnutiu odvolanie smeruje, v akom rozsahu ho odvolá- vateľ napáda a v čom vidí odvolávateľ nesprávnosť postupu a rozhodnutie súdu.</w:t>
      </w:r>
    </w:p>
    <w:p/>
    <w:p>
      <w:r>
        <w:t>Zdroj: KAUZIS.SK – https://www.kauzis.sk/judikatura/r/ECLI:SK:KSBA:2013:1004896071.4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