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1Cb/11/2004 z 13. 2. 2013</w:t>
      </w:r>
    </w:p>
    <w:p>
      <w:r>
        <w:t>Uznesenie Krajského súdu Bratislava z 13. februára 2013, sp. zn. 1Cb/11/2004, ECLI:SK:KSBA:2013:1004896074.2</w:t>
      </w:r>
    </w:p>
    <w:p>
      <w:r>
        <w:t>Súd: Krajský súd Bratislava</w:t>
      </w:r>
    </w:p>
    <w:p>
      <w:r>
        <w:t>Spisová značka: 1Cb/11/2004</w:t>
      </w:r>
    </w:p>
    <w:p>
      <w:r>
        <w:t>ECLI: ECLI:SK:KSBA:2013:1004896074.2</w:t>
      </w:r>
    </w:p>
    <w:p>
      <w:r>
        <w:t>Dátum vydania: 13. 2. 2013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1Cb/11/2004 Identifikačné číslo súdneho spisu: 1004896074 Dátum vydania rozhodnutia: 14. 02. 2013 Meno a priezvisko sudcu, VSÚ: JUDr. Peter Pospech ECLI: ECLI:SK:KSBA:2013:1004896074.2 Uznesenie Krajský súd v Bratislave pred samosudcom JUDr. Petrom Pospechom, v právnej veci navrhovateľky : Ľ. F., Y..Č.. XXXXXX/XXXX, I. O. Q. XXX/XX, XXX XX V., proti odporcovi : 1. dôchodková, a.s., Nám. 1 Mája 14, 811 06 Bratislava, IČO: 31 400 469, v spore o zaplatenie sumy 42.370,- Sk (1.404,42 Eur) istiny s príslušenstvom r o z h o d o l : Súd konanie z a s t a v u j e. Žiaden z účastníkov nemá právo na náhradu trov konania. Navrhovateľke sa vracia súdny poplatok krátený o 6,63 Eur, t.j. v sume 63,57 Eur, ktorý bude vrátený prostredníctvom Daňového úradu Partizánskom, po právoplatnosti uznesenia. o d ô v o d n e n i e : Návrhom, pôvodne došlým Okresnému súdu Bratislava I dňa 10.10.2003, si navrhovateľka uplatnila nárok na zaplatenie sumy celkom 42.370,- Sk, na základe uzatvorených zmlúv o odkúpení akcií 1. garantovanej, a.s. Č.. XXXXXX XXX U. Č.. XXXXXX XXX. Predmetom týchto zmlúv bol predaj 10 ks akcií 1. garantovanej, a.s., za sumu vo výške 20.000,- Sk. Súčasťou nároku bol aj úrok z omeškania vo výške 16,5 % z dlžných súm, u oboch od 27.5.2012 až do zaplatenia dlžných súm. Pôvodne konajúci Okresný súd Bratislava I, listom zo dňa 17.10.2003 postúpil predmetný spor na ďalšie konanie Krajskému súdu v Bratislave, ako súdu vecne príslušnému na konanie podľa ust. § 9 ods. 3 písm. k) OSP. Konajúci Krajský súd v Bratislave vydal v predmetnej veci platobný rozkaz pod č.k. 15 Rob/291/2003 zo dňa 23.12.203, proti ktorému bol zo strany žalovaného podaný odpor, v ktorom žalovaný žiadal vydaný platobný rozkaz zrušiť a žalobný návrh zamietnuť ako nedôvodný. Vzhľadom na vyhlásený konkurz na majetok žalovaného, bolo konanie prerušené podľa § 14 ods. 1 Zákona o konkurze a vyrovnaní. Konajúci súd preveroval, či si žalobkyňa neuplatnila svoju pohľadávku, ktorá je predmetom sporu v konkurznom konaní pod sp. zn. 1K/136/2004. Zistil, že žalobkyňa si uplatnila v konkurznom konaní pohľadávku vo výške 63.385,- Sk. SKP úpadcu - odporcu, túto pohľadávku v celom rozsahu poprel a incidenčná žaloba nebola zo strany navrhovateľky podaná. Vo svojom písomnom vyjadrení došlom konajúcemu súdu navrhovateľka uviedla, že na svojom nároku v sume 43.370,- Sk trvá. Uznesením konkurzného Krajského súdu v Bratislave pod č.k. 1K/136/2004 zo dňa 15.5.2012, bol konkurz na majetok úpadcu odporcu zrušený z dôvodu, že tu nie sú predpoklady na konkurz z dôvodu nedostatku majetku, ktorý by postačoval na ďalšie krytie nákladov konania a súčasne zbavil JUDr. Petra Kubíka funkcie SKP. Predmetné uznesenie nadobudlo právoplatnosť dňa 19.6.2012. Po oboznámení s touto skutočnosťou, pred pojednávaním v predmetnej veci, zobrala navrhovateľka svoj návrh v celom rozsahu späť a žiadala konanie zastaviť podľa § 96 ods. 1 OSP a vrátiť zaplatený súdny poplatok. Podľa § 96 ods. 1 OSP navrhovateľ môže vziať za konania návrh späť na jeho začatie a to z časti, alebo celkom. Ak je návrh vzatý späť celkom, súd konanie zastaví. Vzhľadom k späťvzatiu žalobného návrhu pred prvým pojednávaním, súd konanie zastavil podľa § 96 ods. 1 OSP. Výrok o trovách konania súd oprel o ust. § 146 ods. 1 písm. c) OSP s tým, že žiaden z účastníkov konania nemá právo na náhradu trov konania. Konajúci súd vracia navrhovateľke súdny poplatok krátený o sumu 6,63 Eur, v sume 63,57 Eur, ktorý bude vrátený navrhovateľke prostredníctvom Daňového úradu V., do 3 dní od právoplatnosti uznesenia, podľa § 11 zák. č. 71/92 Zb.o súdnych poplatkoch, v znení neskorších predpisov. Poučenie: Proti tomuto uzneseniu je možné podať odvolanie v lehote 15 dní od jeho doručenia, na Krajskom súde v Bratislave, písomne, dvojmo.</w:t>
      </w:r>
    </w:p>
    <w:p/>
    <w:p>
      <w:r>
        <w:t>Zdroj: KAUZIS.SK – https://www.kauzis.sk/judikatura/r/ECLI:SK:KSBA:2013:1004896074.2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