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2S/178/2007 z 12. 11. 2013</w:t>
      </w:r>
    </w:p>
    <w:p>
      <w:r>
        <w:t>Uznesenie Krajského súdu Bratislava z 12. novembra 2013, sp. zn. 2S/178/2007, ECLI:SK:KSBA:2013:1007200993.2</w:t>
      </w:r>
    </w:p>
    <w:p>
      <w:r>
        <w:t>Súd: Krajský súd Bratislava</w:t>
      </w:r>
    </w:p>
    <w:p>
      <w:r>
        <w:t>Spisová značka: 2S/178/2007</w:t>
      </w:r>
    </w:p>
    <w:p>
      <w:r>
        <w:t>ECLI: ECLI:SK:KSBA:2013:1007200993.2</w:t>
      </w:r>
    </w:p>
    <w:p>
      <w:r>
        <w:t>Dátum vydania: 12. 11. 2013</w:t>
      </w:r>
    </w:p>
    <w:p>
      <w:r>
        <w:t>Forma: Uznesenie</w:t>
      </w:r>
    </w:p>
    <w:p>
      <w:pPr>
        <w:pStyle w:val="Heading2"/>
      </w:pPr>
      <w:r>
        <w:t>Text rozhodnutia</w:t>
      </w:r>
    </w:p>
    <w:p>
      <w:r>
        <w:t>Súd: Krajský súd Bratislava Spisová značka: 2S/178/2007 Identifikačné číslo súdneho spisu: 1007200993 Dátum vydania rozhodnutia: 13. 11. 2013 Meno a priezvisko sudcu, VSÚ: Mgr. Viliam Pohančeník ECLI: ECLI:SK:KSBA:2013:1007200993.2 Uznesenie Krajský súd v Bratislave v právnej veci žalobcu: Ing. H. H., bytom H. XX, L., toho času umiestnený v Domove sociálnych služieb Tornaľa, Úzka 49, Tornaľa, zastúpený opatrovníčkou: H.. H. R., bytom V. 8, H., X., proti žalovanému: Ministerstvo obrany Slovenskej republiky, Kutuzovova 8, Bratislava, v konaní proti nečinnosti orgánu verejnej správy, jednohlasne, takto r o z h o d o l : Krajský súd v Bratislave konanie z a s t a v u j e . Žiaden z účastníkov n e m á právo na náhradu trov konania. o d ô v o d n e n i e : Žalobou doručenou Krajskému súdu v Bratislave dňa 11.07.2007 sa žalobca domáhal vyslovenia povinnosti žalovaného konať a rozhodnúť vo veci týkajúcej sa úrazu spôsobeného žalobcovi počas pracovnej doby na pracovisku, ktorý sa mal stať dňa 07.10.2004 a o ktorom do podania návrhu podľa tvrdenia žalobcu nebolo vydané žiadne rozhodnutie. Krajský súd v Bratislave uznesením č. k. 2S/178/2007-13 zo dňa 26.02.2009 podľa ustanovenia § 250t ods. 6 O.s.p. zastavil konanie o návrhu žalobcu proti nečinnosti orgánu verejnej správy a žiadnemu z účastníkov nepriznal právo na náhradu trov konania. Dôvodom zastavenia konania bola skutočnosť, že riaditeľ Topografického ústavu Banská Bystrica vo veci úrazu žalobcu konal a rozhodol dňa 17.10.2007, čím odpadli dôvody na ďalšie konanie. Proti predmetnému uzneseniu podal žalobca v zákonnej lehote odvolanie. Najvyšší súd Slovenskej republiky uznesenie Krajského súdu v Bratislave č. k. 2S/178/2007-13 zo dňa 26.02.2009 zrušil a vec mu vrátil na ďalšie konanie z dôvodu predčasného rozhodnutia vo veci a odňatia žalobcovi možnosti konať pred súdom. Uznesením Krajského súdu v Bratislave č. k. 2S/178/2007-30 zo dňa 14.09.2011 bola žalobcovi uložená povinnosť v lehote 15 dní odo dňa doručenia uznesenia doplniť v dvoch rovnopisoch svoje podanie zo dňa 11.07.2007 o tieto náležitosti: uvedenie nečinnosti ktorého orgánu verejnej správy sa domáha a či sa domáha konania podľa 4. hlavy 5. časti O.s.p.; označenie rozhodnutia správneho orgánu, ak sa domáha preskúmania zákonnosti rozhodnutia správneho rozhodnutia správneho orgánu podľa 2. hlavy 5. časti O.s.p.; ak sa domáha konania podľa 2. hlavy 5. časti O.s.p. správne označenie žalovaného, vyjadrenie, v akom rozsahu sa rozhodnutie alebo postup správneho orgánu napáda, doplnenie dôvodov, v čom žalobca vidí nezákonnosť (nesprávnosť) rozhodnutia alebo postupu správneho orgánu s uvedením konkrétnych ustanovení zákona, ktoré mal správny orgán porušiť a správne znenie konečného návrhu. Žalobca bol zároveň poučený o tom, že v prípade nedoplnenia žaloby v stanovenej lehote, súd uznesením konanie zastaví podľa § 250d ods. 3 O.s.p. Predmetné uznesenie sa žalobcovi nepodarilo doručiť. Šetrením súdu bolo zistené, že žalobca bol rozsudkom Okresného súdu Brezno č. k. 8Ps/10/2010-60 zo dňa 29.01.2013 z dôvodu duševnej poruchy pozbavený spôsobilosti právne úkony v plnom rozsahu. Okresný súd Brezno listinou o ustanovení opatrovníka sp. zn. 8Ps/10/2012 zo dňa 29.01.2013 ustanovil podľa § 192 O.s.p. H.. H. R. za opatrovníčku žalobcu. Listom zo dňa 01.08.2013 opatrovníčka žalobcu oznámila súdu, že žalobca bol pozbavený spôsobilosti na právne úkony v plnom rozsahu a z dôvodu jeho vážneho zdravotného stavu nie je možné doplniť žalobu zo dňa 11.07.2007. Podľa § 250d ods. 3 O.s.p., súd uznesením konanie zastaví, ak sa žaloba podala oneskorene, ak ju podala neoprávnená osoba, ak smeruje proti rozhodnutiu, ktoré nemôže byť predmetom preskúmavania súdom, ak žalobca neodstránil vady žaloby, ktorých odstránenie súd nariadil a ktoré bránia vecnému vybaveniu žaloby, alebo ak žalobca nie je zastúpený podľa § 250a alebo ak žaloba bola vzatá späť (§ 250h ods. 2). Odvolanie proti uzneseniu je prípustné. Nakoľko opatrovníčka žalobcu oznámila súdu nemožnosť doplnenia žaloby o vyššie identifikované náležitosti, ktoré sú ustanovené v § 249 ods. 2 O.s.p., súd v súlade s ustanovením § 250d ods. 3 O.s.p. konanie zastavil. O náhrade trov konania súd rozhodol podľa § 146 ods. 1 písm. c) O.s.p. s použitím ustanovenia § 246c O.s.p. tak, že žiaden z účastníkov nemá právo na náhradu trov konania, nakoľko konanie vo veci bolo zastavené a žalovanému trovy nevznikli. Toto rozhodnutie senát Krajského súdu v Bratislave prijal pomerom hlasov 3:0 (§ 3 ods. 9 zákona č. 757/2004 Z.z. v znení zákona č. 33/2011). Poučenie: Proti tomuto uzneseniu možno podať odvolanie do 15 dní odo dňa jeho doručenia, na Krajský súd v Bratislave.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https://www.kauzis.sk/judikatura/r/ECLI:SK:KSBA:2013:1007200993.2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