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1S/331/2007 z 1. 7. 2013</w:t>
      </w:r>
    </w:p>
    <w:p>
      <w:r>
        <w:t>Uznesenie Krajského súdu Bratislava z 1. júla 2013, sp. zn. 1S/331/2007, ECLI:SK:KSBA:2013:1007201769.5</w:t>
      </w:r>
    </w:p>
    <w:p>
      <w:r>
        <w:t>Súd: Krajský súd Bratislava</w:t>
      </w:r>
    </w:p>
    <w:p>
      <w:r>
        <w:t>Spisová značka: 1S/331/2007</w:t>
      </w:r>
    </w:p>
    <w:p>
      <w:r>
        <w:t>ECLI: ECLI:SK:KSBA:2013:1007201769.5</w:t>
      </w:r>
    </w:p>
    <w:p>
      <w:r>
        <w:t>Dátum vydania: 1. 7.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1S/331/2007 Identifikačné číslo súdneho spisu: 1007201769 Dátum vydania rozhodnutia: 02. 07. 2013 Meno a priezvisko sudcu, VSÚ: JUDr. Nora Halmová ECLI: ECLI:SK:KSBA:2013:1007201769.5 Uznesenie Krajský súd v Bratislave v právnej veci žalobcu: V. S., D.. C.- D. XX, XXXXX C., D., zastúpený advokátom: JUDr. Ján Husár, Štefánikova 17, 066 01 Humenné, proti žalovanému: Colné riaditeľstvo Slovenskej republiky, Mierová 23, 815 11 Bratislava, o preskúmanie zákonnosti rozhodnutia žalovaného č. 37816/07 zo dňa 08.10.2007 takto r o z h o d o l : Krajský súd v Bratislave p r i b e r á do konania účastníka správneho konania: 1. W. S., G. XXXX/X, XXX XX J. J.. o d ô v o d n e n i e : Žalobou podanou Krajskému súdu v Bratislave dňa 10.12.2007 sa žalobca domáhal preskúmania rozhodnutia žalovaného č.37816/07 zo dňa 08.10.2007, ktorým žalovaný zamietol odvolanie žalobcu a potvrdil rozhodnutie Colného úradu Banská Bystrica č. 15505/2007-5131 zo dňa 01.03.2007 o zhabaní tovaru: osobného motorového vozidla C. J. XXX D, rok výroby XXXX, výrobné číslo motora nezistené, číslo karosérie V. ev.č. C.. Podľa § 250 ods. 1 O.s.p. účastníkmi konania sú žalobca a žalovaný. Súd aj bez návrhu uznesením priberie do konania účastníka správneho konania, ktorého práva a povinnosti by mohli byť zrušením správneho rozhodnutia dotknuté. Nakoľko W. S., G. XXXX/X, XXX XX J. J. je účastníkom správneho konania a výsledkom tohto sporu môžu byť dotknuté jeho práva a povinnosti, súd rozhodol tak ako je uvedené vo výroku tohto uznesenia. Poučenie: Proti tomuto uzneseniu nie je možné podať odvolanie.</w:t>
      </w:r>
    </w:p>
    <w:p/>
    <w:p>
      <w:r>
        <w:t>Zdroj: KAUZIS.SK – https://www.kauzis.sk/judikatura/r/ECLI:SK:KSBA:2013:1007201769.5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