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1S/331/2007 z 18. 8. 2013</w:t>
      </w:r>
    </w:p>
    <w:p>
      <w:r>
        <w:t>Opravné uznesenie Krajského súdu Bratislava z 18. augusta 2013, sp. zn. 1S/331/2007, ECLI:SK:KSBA:2013:1007201769.6</w:t>
      </w:r>
    </w:p>
    <w:p>
      <w:r>
        <w:t>Súd: Krajský súd Bratislava</w:t>
      </w:r>
    </w:p>
    <w:p>
      <w:r>
        <w:t>Spisová značka: 1S/331/2007</w:t>
      </w:r>
    </w:p>
    <w:p>
      <w:r>
        <w:t>ECLI: ECLI:SK:KSBA:2013:1007201769.6</w:t>
      </w:r>
    </w:p>
    <w:p>
      <w:r>
        <w:t>Dátum vydania: 18. 8.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1S/331/2007 Identifikačné číslo súdneho spisu: 1007201769 Dátum vydania rozhodnutia: 19. 08. 2013 Meno a priezvisko sudcu, VSÚ: JUDr. Nora Halmová ECLI: ECLI:SK:KSBA:2013:1007201769.6 Opravné uznesenie Krajský súd v Bratislave v právnej veci žalobcu: V. S., St. C. - D. XX, XXX XX C., D., zastúpený advokátom: JUDr. Ján Husár, Štefánikova 17, 066 01 Humenné, proti žalovanému: Finančné riaditeľstvo Slovenskej republiky , so sídlom Lazovná 63, 974 01 Banská Bystrica, o preskúmanie zákonnosti rozhodnutia žalovaného č. 37816/07 zo dňa 08.10.2007, takto r o z h o d o l : Uznesenie Krajského súdu v Bratislave č.k. 1S/331/2007-32 zo dňa 02.07.2013, sa v záhlaví opravuje tak, že označenie žalovaného správne znie: „Finančné riaditeľstvo Slovenskej republiky, so sídlom Lazovná 63, 974 01 Banská Bystrica“ . o d ô v o d n e n i e : Žalobou doručenou Krajskému súdu v Bratislave dňa 10.12.2007 sa žalobca domáhal preskúmania rozhodnutia žalovaného č. 37816/07 zo dňa 08.10.2007, ktorým žalovaný zamietol odvolanie žalobcu a potvrdil rozhodnutie Colného úradu Banská Bystrica č. 15505/2007-5131 zo dňa 01.03.2007 o zhabaní tovaru: osobného motorového vozidla C. J. XXX D, rok výroby 1996, výrobné číslo motora nezistené, číslo karosérie F ev. č. C.. Krajský súd v Bratislave uznesením č. 1S/331/2007-32 zo dňa 02.07.2013 pribral do konania účastníka správneho konania W. S., G. XXXX/X, J. J., v ktorom došlo k nesprávnemu označeniu žalovaného a preto súd rozhodol tak ako je uvedené vo výroku tohto uznesenia. Podľa § 164 veta prvá a druhá O.s.p, súd kedykoľvek aj bez návrhu opraví v rozsudku chyby v písaní a počítaní, ako aj iné zrejmé nesprávnosti. O oprave vydá opravné uznesenie, ktoré doručí účastníkom. Nakoľko v záhlaví písomného vyhotovenia uznesenia došlo k chybe v písaní, keď bol nesprávne označený žalovaný ako Colné riaditeľstvo Slovenskej republiky namiesto správneho označenia Finančné riaditeľstvo Slovenskej republiky, súd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https://www.kauzis.sk/judikatura/r/ECLI:SK:KSBA:2013:1007201769.6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