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2S/53/2008 z 19. 3. 2013</w:t>
      </w:r>
    </w:p>
    <w:p>
      <w:r>
        <w:t>Uznesenie Krajského súdu Bratislava z 19. marca 2013, sp. zn. 2S/53/2008, ECLI:SK:KSBA:2013:1008200411.1</w:t>
      </w:r>
    </w:p>
    <w:p>
      <w:r>
        <w:t>Súd: Krajský súd Bratislava</w:t>
      </w:r>
    </w:p>
    <w:p>
      <w:r>
        <w:t>Spisová značka: 2S/53/2008</w:t>
      </w:r>
    </w:p>
    <w:p>
      <w:r>
        <w:t>ECLI: ECLI:SK:KSBA:2013:1008200411.1</w:t>
      </w:r>
    </w:p>
    <w:p>
      <w:r>
        <w:t>Dátum vydania: 19.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2S/53/2008 Identifikačné číslo súdneho spisu: 1008200411 Dátum vydania rozhodnutia: 20. 03. 2013 Meno a priezvisko sudcu, VSÚ: JUDr. Marián Trenčan ECLI: ECLI:SK:KSBA:2013:1008200411.1 Uznesenie Krajský súd v Bratislave v právnej veci žalobcu: MALES, s.r.o., so sídlom SNP 16, 965 01 Žiar nad Hronom, proti žalovanému: Ministerstvo pôdohospodárstva Slovenskej republiky, so sídlom Dobrovičova 12, 812 66 Bratislava, o preskúmanie zákonnosti rozhodnutia č. 2045/2007-100 zo dňa 4.1.2008, jednohlasne, takto r o z h o d o l : Krajský súd v Bratislave konanie z a s t a v u j e . Žiaden z účastníkov nemá právo na náhradu trov konania. o d ô v o d n e n i e : Žalobou podanou na Krajskom súde v Bratislave dňa 18.3.2008 sa žalobca domáhal preskúmania zákonnosti rozhodnutia žalovaného č. 2045/2007-100 zo dňa 4.1.2008. Pred rozhodnutím vo veci samej žalobca svojím podaním doručeným súdu dňa 17.1.2013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https://www.kauzis.sk/judikatura/r/ECLI:SK:KSBA:2013:1008200411.1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