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4S/255/2009 z 4. 11. 2013</w:t>
      </w:r>
    </w:p>
    <w:p>
      <w:r>
        <w:t>Opravné uznesenie Krajského súdu Bratislava z 4. novembra 2013, sp. zn. 4S/255/2009, ECLI:SK:KSBA:2013:1009201985.2</w:t>
      </w:r>
    </w:p>
    <w:p>
      <w:r>
        <w:t>Súd: Krajský súd Bratislava</w:t>
      </w:r>
    </w:p>
    <w:p>
      <w:r>
        <w:t>Spisová značka: 4S/255/2009</w:t>
      </w:r>
    </w:p>
    <w:p>
      <w:r>
        <w:t>ECLI: ECLI:SK:KSBA:2013:1009201985.2</w:t>
      </w:r>
    </w:p>
    <w:p>
      <w:r>
        <w:t>Dátum vydania: 4. 11.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4S/255/2009 Identifikačné číslo súdneho spisu: 1009201985 Dátum vydania rozhodnutia: 05. 11. 2013 Meno a priezvisko sudcu, VSÚ: JUDr. Soňa Langová ECLI: ECLI:SK:KSBA:2013:1009201985.2 Opravné uznesenie Krajský súd v Bratislave v právnej veci žalobcu: Generálna prokuratúra Slovenskej republiky, so sídlom Štúrova č. 2, 812 85 Bratislava, proti žalovanému: Úrad pre dohľad nad zdravotnou starostlivosťou, so sídlom Žellová č. 2, 829 24 Bratislava za účasti: F.. D. L., bytom P. H. XXX/X, XXX XX Y. Y. o preskúmanie zákonnosti rozhodnutia žalovaného č. DK 91/000395/2006/R zo dňa 18.6.2009, takto r o z h o d o l : Rozsudok Krajského súdu v Bratislave č.k. 4S/255/2009-35 s mylne uvedeným dátumom vyhotovenia rozhodnutia 18.5.2010 sa opravuje tak, že správny dátum vyhotovenia rozsudku znie: „ 18.5.2012“ . o d ô v o d n e n i e : Žalobou doručenou Krajskému súdu v Bratislave dňa 22.12.2009 sa žalobca domáhal preskúmania zákonnosti, ktorým žalovaný zamietol odvolanie F.. D. L. a potvrdil napadnutý platobný výmer č. DK 91/000395/2006/R zo dňa 18.6.2009, ktorým prvostupňový správny orgán, Všeobecná zdravotná poisťovňa, uložila F.. D. L. zaplatiť poplatok z omeškania vo výške 155,14 € spolu s trovami konania v sume 0,99 €. Krajský súd v Bratislave rozsudkom č.k. 4S/255/2009-35 s mylne uvedeným dátumom vyhotovenia rozhodnutia 18.5.2010, rozhodnutie žalovaného č. DK 91/000395/2006/R zo dňa 18.6.2009 zrušil podľa ustanovenia § 250j ods. 2 písm. a/, c/, e/ O.s.p. a vec vrátil žalovanému na ďalšie konanie. Žalobcovi náhradu trov konania nepriznal. Rozsudok krajského súdu napadol žalovaný včas podaným odvolaním. Po preskúmaní veci Najvyšší súd Slovenskej republiky rozsudok Krajského súdu v Bratislave č.k. 4S/255/2009 - 35 potvrdil a zároveň nariadil krajskému súdu vykonať opravu čo do dátumu vydania rozsudku v zmysle ustanovenia § 164 O.s.p. Podľa § 164 veta prvá a druhá O.s.p, súd kedykoľvek aj bez návrhu opraví v rozsudku chyby v písaní a počítaní, ako aj iné zrejmé nesprávnosti. O oprave vydá opravné uznesenie, ktoré doručí účastníkom. Nakoľko v písomnom vyhotovení rozsudku došlo k chybe v písaní pri opise rozhodnutia, keď bol nesprávne uvedený dátum vyhotovenia rozsudku 18.5.2010 namiesto správneho dňa vyhotovenia rozsudku 18.5.2012, súd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https://www.kauzis.sk/judikatura/r/ECLI:SK:KSBA:2013:1009201985.2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