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1S/29/2010 z 21. 7. 2013</w:t>
      </w:r>
    </w:p>
    <w:p>
      <w:r>
        <w:t>Opravné uznesenie Krajského súdu Bratislava z 21. júla 2013, sp. zn. 1S/29/2010, ECLI:SK:KSBA:2013:1010200306.2</w:t>
      </w:r>
    </w:p>
    <w:p>
      <w:r>
        <w:t>Súd: Krajský súd Bratislava</w:t>
      </w:r>
    </w:p>
    <w:p>
      <w:r>
        <w:t>Spisová značka: 1S/29/2010</w:t>
      </w:r>
    </w:p>
    <w:p>
      <w:r>
        <w:t>ECLI: ECLI:SK:KSBA:2013:1010200306.2</w:t>
      </w:r>
    </w:p>
    <w:p>
      <w:r>
        <w:t>Dátum vydania: 21. 7.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1S/29/2010 Identifikačné číslo súdneho spisu: 1010200306 Dátum vydania rozhodnutia: 22. 07. 2013 Meno a priezvisko sudcu, VSÚ: JUDr. Nora Halmová ECLI: ECLI:SK:KSBA:2013:1010200306.2 Opravné uznesenie Krajský súd v Bratislave v právnej veci žalobcu: EUREA, občianske združenie, Tupého 25/A, 831 01 Bratislava, zastúpený: Mgr. Vladimír Šárnik, Národného oslobodenia 25, 900 27 Bernolákovo, proti žalovanému: Ministerstvo vnútra Slovenskej republiky, so sídlom Pribinova 2, 812 72 Bratislava, o preskúmanie zákonnosti rozhodnutia žalovaného č. MV-SLV-14/OLVS-2010 zo dňa 19.01.2010, takto r o z h o d o l : Rozsudok Krajského súdu v Bratislave č.k. 1S/29/2010-22 zo dňa 19.1.2012 sa vo výroku opravuje tak, že výrok správne znie: ,,Krajský súd v Bratislave napadnuté rozhodnutie žalovaného č. MV-SLV-14/ OLVS-2010 zo dňa 19.01.2010 ako aj fiktívne rozhodnutie zo dňa 15.01.2010 zrušuje podľa §250j ods. 2 písm. d) OSP a vec sa vracia žalovanému na ďalšie konanie“ . o d ô v o d n e n i e : Žalobou doručenou Krajskému súdu v Bratislave dňa 26.01.2010 sa žalobca domáhal preskúmania rozhodnutia žalovaného č. MV-SLV-14/OLVS-2010 zo dňa 19.01.2010 v spojení s fiktívnym rozhodnutím Ministerstva vnútra SR zo dňa 15.01.2010, ktoré mu časovo predchádzalo. Podľa § 164 veta prvá a druhá O.s.p, súd kedykoľvek aj bez návrhu opraví v rozsudku chyby v písaní a počítaní, ako aj iné zrejmé nesprávnosti. O oprave vydá opravné uznesenie, ktoré doručí účastníkom. Nakoľko vo výroku písomného vyhotovenia rozsudku došlo k chybe v písaní, keď vo výroku nebolo uvedené prvostupňové fiktívne rozhodnutie, súd na návrh žalovaného doručený Krajskému súdu v Bratislave dňa 23.03.2012,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https://www.kauzis.sk/judikatura/r/ECLI:SK:KSBA:2013:1010200306.2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