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6Cbi/31/2010 z 11. 7. 2013</w:t>
      </w:r>
    </w:p>
    <w:p>
      <w:r>
        <w:t>Opravné uznesenie Krajského súdu Bratislava z 11. júla 2013, sp. zn. 6Cbi/31/2010, ECLI:SK:KSBA:2013:1010201409.11</w:t>
      </w:r>
    </w:p>
    <w:p>
      <w:r>
        <w:t>Súd: Krajský súd Bratislava</w:t>
      </w:r>
    </w:p>
    <w:p>
      <w:r>
        <w:t>Spisová značka: 6Cbi/31/2010</w:t>
      </w:r>
    </w:p>
    <w:p>
      <w:r>
        <w:t>ECLI: ECLI:SK:KSBA:2013:1010201409.11</w:t>
      </w:r>
    </w:p>
    <w:p>
      <w:r>
        <w:t>Dátum vydania: 11. 7.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6Cbi/31/2010 Identifikačné číslo súdneho spisu: 1010201409 Dátum vydania rozhodnutia: 12. 07. 2013 Meno a priezvisko sudcu, VSÚ: JUDr. Helena Kosorínová ECLI: ECLI:SK:KSBA:2013:1010201409.11 Opravné uznesenie Krajský súd v Bratislave v právnej veci žalobcu: H.. Q. V., K. K.. XX, XXX XX O., obchodné meno: H.. Q. V. - Q., miesto podnikania: F. X, XXX XX O., H.: XX XXX XXX, zastúpeného: Advokátska kancelária JUDr. Ján Majling, s.r.o., Palárikova 14, 811 04 Bratislava, IČO: 35 960 728, proti žalovanému: Mgr. Peter Zvara, so sídlom Timravina 9, 811 06 Bratislava - správca konkurznej podstaty úpadcu Vodohospodárske stavby a.s. Nitra, so sídlom Cabajská cesta 28, 949 01 Nitra, IČO: 31 411 487, zastúpeného: Advokátska kancelária JUDr. Alena Vyskočilová, s.r.o., Banskobystrická 6, 811 06 Bratislava, IČO: 36 808 539, o vylúčenie vecí zo súpisu konkurznej podstaty, takto r o z h o d o l : Záhlavie rozsudku Krajského súdu v Bratislave č.k. 6Cbi/31/2010-525 zo dňa 12. júna 2013 sa opravuje tak, že znie: „Krajský súd v Bratislave sudkyňou JUDr. Helenou Kosorinovou v právnej veci žalobcu: H.. Q. V., K. K.. XX, XXX XX O., obchodné meno: H.. Q. V. - Q., miesto podnikania: F. X, XXX XX O., H.: XX XXX XXX, zastúpeného: Advokátska kancelária JUDr. Ján Majling, s.r.o., Palárikova 14, 811 04 Bratislava, IČO: 35 960 728, proti žalovanému: Mgr. Peter Zvara, so sídlom Timravina 9, 811 06 Bratislava - správca konkurznej podstaty úpadcu Vodohospodárske stavby a.s. Nitra, so sídlom Cabajská cesta 28, 949 01 Nitra, IČO: 31 411 487, zastúpeného: Advokátska kancelária JUDr. Alena Vyskočilová, s.r.o., Banskobystrická 6, 811 06 Bratislava, IČO: 36 808 539, o vylúčenie vecí zo súpisu konkurznej podstaty, takto“ o d ô v o d n e n i e : Krajský súd v Bratislave dňa 12. júna 2013 vydal rozsudok pod číslom konania 6Cbi/31/2010-525. Žalobca prostredníctvom svojho právneho zástupcu požiadal o vydanie opravného uznesenia z dôvodu, že žalobca bol v záhlaví rozsudku nesprávne označený.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Pretože pri písaní rozsudku došlo k chybe v záhlaví rozsudku v označení žalobcu a k neuvedeniu konajúcej sudkyne, súd v zmysle § 164 O.s.p. vykonal opravu tak, ako je uvedené vo výrokovej časti tohto opravného uznesenia. Poučenie: Proti tomuto uzneseniu možno podať odvolanie do 15 dní odo dňa doručenia uznesenia na Krajskom súde v Bratislave.</w:t>
      </w:r>
    </w:p>
    <w:p/>
    <w:p>
      <w:r>
        <w:t>Zdroj: KAUZIS.SK – https://www.kauzis.sk/judikatura/r/ECLI:SK:KSBA:2013:1010201409.11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