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3S/323/2010 z 18. 11. 2013</w:t>
      </w:r>
    </w:p>
    <w:p>
      <w:r>
        <w:t>Uznesenie Krajského súdu Bratislava z 18. novembra 2013, sp. zn. 3S/323/2010, ECLI:SK:KSBA:2013:1010201950.2</w:t>
      </w:r>
    </w:p>
    <w:p>
      <w:r>
        <w:t>Súd: Krajský súd Bratislava</w:t>
      </w:r>
    </w:p>
    <w:p>
      <w:r>
        <w:t>Spisová značka: 3S/323/2010</w:t>
      </w:r>
    </w:p>
    <w:p>
      <w:r>
        <w:t>ECLI: ECLI:SK:KSBA:2013:1010201950.2</w:t>
      </w:r>
    </w:p>
    <w:p>
      <w:r>
        <w:t>Dátum vydania: 18. 11. 2013</w:t>
      </w:r>
    </w:p>
    <w:p>
      <w:r>
        <w:t>Forma: Uznesenie</w:t>
      </w:r>
    </w:p>
    <w:p>
      <w:pPr>
        <w:pStyle w:val="Heading2"/>
      </w:pPr>
      <w:r>
        <w:t>Text rozhodnutia</w:t>
      </w:r>
    </w:p>
    <w:p>
      <w:r>
        <w:t>Súd: Krajský súd Bratislava Spisová značka: 3S/323/2010 Identifikačné číslo súdneho spisu: 1010201950 Dátum vydania rozhodnutia: 19. 11. 2013 Meno a priezvisko sudcu, VSÚ: JUDr. Anna Peťovská PhD. ECLI: ECLI:SK:KSBA:2013:1010201950.2 Uznesenie Krajský súd v Bratislave v právnej veci žalobcu: I.. N. Y., nar. XX.XX.XXXX, bytom N. č. XX, H., proti žalovanému: Krajské riaditeľstvo Policajného zboru v Bratislave, Krajský dopravný inšpektorát, Špitálska č. 14, Bratislava, o preskúmanie zákonnosti rozhodnutia žalovaného č. KRP-p-120/DI-BCP-2010-S zo dňa 3. augusta 2010, takto r o z h o d o l : Súd konanie z a s t a v u j e . Žiaden z účastníkov nemá právo na náhradu trov konania. o d ô v o d n e n i e : Žalobou doručenou tunajšiemu súdu dňa 27.10.2010 sa žalobca domáhal preskúmania zákonnosti rozhodnutia žalovaného č. KRP-p-120/DI-BCP-2010-S zo dňa 03.08.2010, ktorým žalovaný odmietol odvolanie žalobcu a potvrdil prvostupňové rozhodnutie o priestupku č.p. ORP-P-176/II-DI-BCP-2010- M zo dňa 07.05.2010 v spojení s opravou chyby v písomnom vyhotovení rozhodnutia o priestupku zo dňa 02.08.2010. Keďže žalobca spolu so žalobou nezaplatil poplatok za podanie žaloby v sume 66,- eur, súd ho pod následkom zastavenia konania vyzval na zaplatenie súdneho poplatku v lehote 10 dní výzvou č.k. 3S 323/2010-24 zo dňa 09.01.2012, doručenou žalobcovi dňa 06.02.2012. Žalobca napriek výzve súdny poplatok nezaplatil. Podľa § 10 ods. 1 zákona č. 71/1992 Zb. o súdnych poplatkoch,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Keďže žalobca nezaplatil súdny poplatok v lehote stanovenej výzvou súdu, a to napriek poučeniu o následkoch jeho nezaplatenia, pričom súdny poplatok doposiaľ vo veci nie je uhradený, rozhodol súd tak, že konanie vo veci zastavil. O náhrade trov konania súd rozhodol podľa § 146 ods. 1 písm. c/ O.s.p. s použitím ustanovenia § 246c O.s.p. tak, že žiaden z účastníkov nemá právo na náhradu trov konania, nakoľko konanie vo veci bolo zastavené a žalovanému trovy v súvislosti s konaním nevznikli. Toto rozhodnutie senát Krajského súdu v Bratislave prijal pomerom hlasov 3 : 0 (§ 3 ods. 9 zákona č. 757/2004 Z.z. v znení zákona č. 33/2011 Z.z.).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https://www.kauzis.sk/judikatura/r/ECLI:SK:KSBA:2013:1010201950.2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